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51A56" w14:textId="77777777" w:rsidR="004B5493" w:rsidRDefault="00000000">
      <w:pPr>
        <w:jc w:val="center"/>
      </w:pPr>
      <w:r>
        <w:rPr>
          <w:b/>
          <w:sz w:val="20"/>
        </w:rPr>
        <w:t>Honors Chemistry — Choice Board Assignment</w:t>
      </w:r>
    </w:p>
    <w:p w14:paraId="27800220" w14:textId="77777777" w:rsidR="004B5493" w:rsidRPr="003A77A0" w:rsidRDefault="00000000">
      <w:pPr>
        <w:jc w:val="center"/>
        <w:rPr>
          <w:color w:val="17365D" w:themeColor="text2" w:themeShade="BF"/>
        </w:rPr>
      </w:pPr>
      <w:r w:rsidRPr="003A77A0">
        <w:rPr>
          <w:b/>
          <w:color w:val="17365D" w:themeColor="text2" w:themeShade="BF"/>
          <w:sz w:val="34"/>
        </w:rPr>
        <w:t>Atomic Structure Lab: Identify the Evidence (</w:t>
      </w:r>
      <w:proofErr w:type="spellStart"/>
      <w:r w:rsidRPr="003A77A0">
        <w:rPr>
          <w:b/>
          <w:color w:val="17365D" w:themeColor="text2" w:themeShade="BF"/>
          <w:sz w:val="34"/>
        </w:rPr>
        <w:t>PhET</w:t>
      </w:r>
      <w:proofErr w:type="spellEnd"/>
      <w:r w:rsidRPr="003A77A0">
        <w:rPr>
          <w:b/>
          <w:color w:val="17365D" w:themeColor="text2" w:themeShade="BF"/>
          <w:sz w:val="34"/>
        </w:rPr>
        <w:t xml:space="preserve"> Simulation Lab)</w:t>
      </w:r>
    </w:p>
    <w:p w14:paraId="6FCB2566" w14:textId="088B8DEC" w:rsidR="003A77A0" w:rsidRPr="003A77A0" w:rsidRDefault="003A77A0">
      <w:pPr>
        <w:jc w:val="center"/>
        <w:rPr>
          <w:b/>
          <w:sz w:val="32"/>
          <w:szCs w:val="36"/>
        </w:rPr>
      </w:pPr>
      <w:r w:rsidRPr="003A77A0">
        <w:rPr>
          <w:b/>
          <w:sz w:val="32"/>
          <w:szCs w:val="36"/>
        </w:rPr>
        <w:t xml:space="preserve">Area 2: Must Do — Option A  </w:t>
      </w:r>
    </w:p>
    <w:p w14:paraId="74DE57E5" w14:textId="7C5BFB78" w:rsidR="004B5493" w:rsidRDefault="00000000">
      <w:pPr>
        <w:jc w:val="center"/>
      </w:pPr>
      <w:r>
        <w:rPr>
          <w:b/>
          <w:sz w:val="20"/>
        </w:rPr>
        <w:t>Standard SC.</w:t>
      </w:r>
      <w:proofErr w:type="gramStart"/>
      <w:r>
        <w:rPr>
          <w:b/>
          <w:sz w:val="20"/>
        </w:rPr>
        <w:t>912.P.</w:t>
      </w:r>
      <w:proofErr w:type="gramEnd"/>
      <w:r>
        <w:rPr>
          <w:b/>
          <w:sz w:val="20"/>
        </w:rPr>
        <w:t>10.</w:t>
      </w:r>
      <w:proofErr w:type="gramStart"/>
      <w:r>
        <w:rPr>
          <w:b/>
          <w:sz w:val="20"/>
        </w:rPr>
        <w:t>5  •</w:t>
      </w:r>
      <w:proofErr w:type="gramEnd"/>
      <w:r>
        <w:rPr>
          <w:b/>
          <w:sz w:val="20"/>
        </w:rPr>
        <w:t xml:space="preserve">  All Level 3.0 Targets: T1, T2, T3, T4</w:t>
      </w:r>
    </w:p>
    <w:tbl>
      <w:tblPr>
        <w:tblStyle w:val="TableGrid"/>
        <w:tblW w:w="0" w:type="auto"/>
        <w:tblLook w:val="04A0" w:firstRow="1" w:lastRow="0" w:firstColumn="1" w:lastColumn="0" w:noHBand="0" w:noVBand="1"/>
      </w:tblPr>
      <w:tblGrid>
        <w:gridCol w:w="2610"/>
        <w:gridCol w:w="2610"/>
        <w:gridCol w:w="2610"/>
        <w:gridCol w:w="2610"/>
      </w:tblGrid>
      <w:tr w:rsidR="003A77A0" w14:paraId="1B9D5F05" w14:textId="77777777" w:rsidTr="00C70FBD">
        <w:tc>
          <w:tcPr>
            <w:tcW w:w="2610" w:type="dxa"/>
            <w:shd w:val="clear" w:color="auto" w:fill="F2F2F2"/>
            <w:tcMar>
              <w:top w:w="80" w:type="dxa"/>
              <w:left w:w="100" w:type="dxa"/>
              <w:bottom w:w="80" w:type="dxa"/>
              <w:right w:w="100" w:type="dxa"/>
            </w:tcMar>
          </w:tcPr>
          <w:p w14:paraId="77E38651" w14:textId="77777777" w:rsidR="003A77A0" w:rsidRPr="00F910CE" w:rsidRDefault="003A77A0" w:rsidP="00C70FBD">
            <w:pPr>
              <w:rPr>
                <w:sz w:val="24"/>
                <w:szCs w:val="32"/>
              </w:rPr>
            </w:pPr>
            <w:r w:rsidRPr="00F910CE">
              <w:rPr>
                <w:b/>
                <w:sz w:val="24"/>
                <w:szCs w:val="32"/>
              </w:rPr>
              <w:t>Name:</w:t>
            </w:r>
          </w:p>
        </w:tc>
        <w:tc>
          <w:tcPr>
            <w:tcW w:w="2610" w:type="dxa"/>
            <w:shd w:val="clear" w:color="auto" w:fill="F2F2F2"/>
            <w:tcMar>
              <w:top w:w="80" w:type="dxa"/>
              <w:left w:w="100" w:type="dxa"/>
              <w:bottom w:w="80" w:type="dxa"/>
              <w:right w:w="100" w:type="dxa"/>
            </w:tcMar>
          </w:tcPr>
          <w:p w14:paraId="6EA4CF3A" w14:textId="77777777" w:rsidR="003A77A0" w:rsidRPr="00F910CE" w:rsidRDefault="003A77A0" w:rsidP="00C70FBD">
            <w:pPr>
              <w:rPr>
                <w:sz w:val="24"/>
                <w:szCs w:val="32"/>
              </w:rPr>
            </w:pPr>
            <w:r w:rsidRPr="00F910CE">
              <w:rPr>
                <w:b/>
                <w:sz w:val="24"/>
                <w:szCs w:val="32"/>
              </w:rPr>
              <w:t>Date:</w:t>
            </w:r>
          </w:p>
        </w:tc>
        <w:tc>
          <w:tcPr>
            <w:tcW w:w="2610" w:type="dxa"/>
            <w:shd w:val="clear" w:color="auto" w:fill="F2F2F2"/>
            <w:tcMar>
              <w:top w:w="80" w:type="dxa"/>
              <w:left w:w="100" w:type="dxa"/>
              <w:bottom w:w="80" w:type="dxa"/>
              <w:right w:w="100" w:type="dxa"/>
            </w:tcMar>
          </w:tcPr>
          <w:p w14:paraId="43AEE360" w14:textId="77777777" w:rsidR="003A77A0" w:rsidRPr="00F910CE" w:rsidRDefault="003A77A0" w:rsidP="00C70FBD">
            <w:pPr>
              <w:rPr>
                <w:sz w:val="24"/>
                <w:szCs w:val="32"/>
              </w:rPr>
            </w:pPr>
            <w:r w:rsidRPr="00F910CE">
              <w:rPr>
                <w:b/>
                <w:sz w:val="24"/>
                <w:szCs w:val="32"/>
              </w:rPr>
              <w:t>Period:</w:t>
            </w:r>
          </w:p>
        </w:tc>
        <w:tc>
          <w:tcPr>
            <w:tcW w:w="2610" w:type="dxa"/>
            <w:shd w:val="clear" w:color="auto" w:fill="F2F2F2"/>
            <w:tcMar>
              <w:top w:w="80" w:type="dxa"/>
              <w:left w:w="100" w:type="dxa"/>
              <w:bottom w:w="80" w:type="dxa"/>
              <w:right w:w="100" w:type="dxa"/>
            </w:tcMar>
          </w:tcPr>
          <w:p w14:paraId="2755A4BB" w14:textId="77777777" w:rsidR="003A77A0" w:rsidRPr="00F910CE" w:rsidRDefault="003A77A0" w:rsidP="00C70FBD">
            <w:pPr>
              <w:rPr>
                <w:sz w:val="24"/>
                <w:szCs w:val="32"/>
              </w:rPr>
            </w:pPr>
            <w:r w:rsidRPr="00F910CE">
              <w:rPr>
                <w:b/>
                <w:sz w:val="24"/>
                <w:szCs w:val="32"/>
              </w:rPr>
              <w:t>Choice Board Tier:</w:t>
            </w:r>
          </w:p>
        </w:tc>
      </w:tr>
      <w:tr w:rsidR="003A77A0" w14:paraId="2F13263A" w14:textId="77777777" w:rsidTr="00C70FBD">
        <w:tc>
          <w:tcPr>
            <w:tcW w:w="2610" w:type="dxa"/>
            <w:tcMar>
              <w:top w:w="80" w:type="dxa"/>
              <w:left w:w="100" w:type="dxa"/>
              <w:bottom w:w="80" w:type="dxa"/>
              <w:right w:w="100" w:type="dxa"/>
            </w:tcMar>
          </w:tcPr>
          <w:p w14:paraId="7F53086C" w14:textId="77777777" w:rsidR="003A77A0" w:rsidRPr="00F910CE" w:rsidRDefault="003A77A0" w:rsidP="00C70FBD">
            <w:pPr>
              <w:rPr>
                <w:sz w:val="24"/>
                <w:szCs w:val="32"/>
              </w:rPr>
            </w:pPr>
          </w:p>
        </w:tc>
        <w:tc>
          <w:tcPr>
            <w:tcW w:w="2610" w:type="dxa"/>
            <w:tcMar>
              <w:top w:w="80" w:type="dxa"/>
              <w:left w:w="100" w:type="dxa"/>
              <w:bottom w:w="80" w:type="dxa"/>
              <w:right w:w="100" w:type="dxa"/>
            </w:tcMar>
          </w:tcPr>
          <w:p w14:paraId="2F770D9F" w14:textId="77777777" w:rsidR="003A77A0" w:rsidRPr="00F910CE" w:rsidRDefault="003A77A0" w:rsidP="00C70FBD">
            <w:pPr>
              <w:rPr>
                <w:sz w:val="24"/>
                <w:szCs w:val="32"/>
              </w:rPr>
            </w:pPr>
          </w:p>
        </w:tc>
        <w:tc>
          <w:tcPr>
            <w:tcW w:w="2610" w:type="dxa"/>
            <w:tcMar>
              <w:top w:w="80" w:type="dxa"/>
              <w:left w:w="100" w:type="dxa"/>
              <w:bottom w:w="80" w:type="dxa"/>
              <w:right w:w="100" w:type="dxa"/>
            </w:tcMar>
          </w:tcPr>
          <w:p w14:paraId="0552664E" w14:textId="77777777" w:rsidR="003A77A0" w:rsidRPr="00F910CE" w:rsidRDefault="003A77A0" w:rsidP="00C70FBD">
            <w:pPr>
              <w:rPr>
                <w:sz w:val="24"/>
                <w:szCs w:val="32"/>
              </w:rPr>
            </w:pPr>
          </w:p>
        </w:tc>
        <w:tc>
          <w:tcPr>
            <w:tcW w:w="2610" w:type="dxa"/>
            <w:tcMar>
              <w:top w:w="80" w:type="dxa"/>
              <w:left w:w="100" w:type="dxa"/>
              <w:bottom w:w="80" w:type="dxa"/>
              <w:right w:w="100" w:type="dxa"/>
            </w:tcMar>
          </w:tcPr>
          <w:p w14:paraId="452B7422" w14:textId="77777777" w:rsidR="003A77A0" w:rsidRPr="00F910CE" w:rsidRDefault="003A77A0" w:rsidP="00C70FBD">
            <w:pPr>
              <w:rPr>
                <w:sz w:val="24"/>
                <w:szCs w:val="32"/>
              </w:rPr>
            </w:pPr>
            <w:r w:rsidRPr="00F910CE">
              <w:rPr>
                <w:sz w:val="24"/>
                <w:szCs w:val="32"/>
              </w:rPr>
              <w:t>MUST DO</w:t>
            </w:r>
          </w:p>
        </w:tc>
      </w:tr>
    </w:tbl>
    <w:p w14:paraId="3531B46A" w14:textId="77777777" w:rsidR="003A77A0" w:rsidRDefault="003A77A0" w:rsidP="003A77A0">
      <w:pPr>
        <w:spacing w:line="240" w:lineRule="auto"/>
        <w:contextualSpacing/>
        <w:rPr>
          <w:b/>
        </w:rPr>
      </w:pPr>
    </w:p>
    <w:p w14:paraId="10DEE278" w14:textId="3BC950E8" w:rsidR="004B5493" w:rsidRPr="003A77A0" w:rsidRDefault="00000000" w:rsidP="003A77A0">
      <w:pPr>
        <w:spacing w:line="240" w:lineRule="auto"/>
        <w:contextualSpacing/>
        <w:rPr>
          <w:sz w:val="32"/>
          <w:szCs w:val="32"/>
        </w:rPr>
      </w:pPr>
      <w:r w:rsidRPr="003A77A0">
        <w:rPr>
          <w:b/>
          <w:sz w:val="32"/>
          <w:szCs w:val="32"/>
        </w:rPr>
        <w:t>The Scenario</w:t>
      </w:r>
    </w:p>
    <w:p w14:paraId="51A2D19C" w14:textId="1CF827F1" w:rsidR="004B5493" w:rsidRPr="003A77A0" w:rsidRDefault="00000000" w:rsidP="003A77A0">
      <w:pPr>
        <w:spacing w:line="240" w:lineRule="auto"/>
        <w:contextualSpacing/>
        <w:rPr>
          <w:sz w:val="24"/>
          <w:szCs w:val="24"/>
        </w:rPr>
      </w:pPr>
      <w:r w:rsidRPr="003A77A0">
        <w:rPr>
          <w:sz w:val="24"/>
          <w:szCs w:val="24"/>
        </w:rPr>
        <w:t xml:space="preserve">You are a forensic chemist on the evidence team for a series of chemical-supply thefts. Eight residues were recovered from the scenes and scanned at the accelerator facility. The lab director's standing order: NO residue is identified until its whole story is read - rebuild each atom, read its isotope fingerprint, explain the state it was found in, sort it on the periodic table, and label any compound jar found nearby. In this simulation lab you follow that exact workflow inside </w:t>
      </w:r>
      <w:proofErr w:type="spellStart"/>
      <w:r w:rsidRPr="003A77A0">
        <w:rPr>
          <w:sz w:val="24"/>
          <w:szCs w:val="24"/>
        </w:rPr>
        <w:t>PhET</w:t>
      </w:r>
      <w:proofErr w:type="spellEnd"/>
      <w:r w:rsidR="003A77A0">
        <w:rPr>
          <w:sz w:val="24"/>
          <w:szCs w:val="24"/>
        </w:rPr>
        <w:t>.</w:t>
      </w:r>
    </w:p>
    <w:p w14:paraId="68D78C3C" w14:textId="77777777" w:rsidR="003A77A0" w:rsidRDefault="003A77A0" w:rsidP="003A77A0">
      <w:pPr>
        <w:spacing w:line="240" w:lineRule="auto"/>
        <w:contextualSpacing/>
        <w:rPr>
          <w:b/>
          <w:sz w:val="24"/>
          <w:szCs w:val="24"/>
        </w:rPr>
      </w:pPr>
    </w:p>
    <w:p w14:paraId="6E503A77" w14:textId="3D185090" w:rsidR="004B5493" w:rsidRPr="003A77A0" w:rsidRDefault="00000000" w:rsidP="003A77A0">
      <w:pPr>
        <w:spacing w:line="240" w:lineRule="auto"/>
        <w:contextualSpacing/>
        <w:rPr>
          <w:sz w:val="24"/>
          <w:szCs w:val="24"/>
        </w:rPr>
      </w:pPr>
      <w:r w:rsidRPr="003A77A0">
        <w:rPr>
          <w:b/>
          <w:sz w:val="24"/>
          <w:szCs w:val="24"/>
        </w:rPr>
        <w:t>Materials / Setup</w:t>
      </w:r>
    </w:p>
    <w:p w14:paraId="16DFDD8C" w14:textId="77777777" w:rsidR="004B5493" w:rsidRPr="003A77A0" w:rsidRDefault="00000000" w:rsidP="003A77A0">
      <w:pPr>
        <w:spacing w:line="240" w:lineRule="auto"/>
        <w:contextualSpacing/>
        <w:rPr>
          <w:sz w:val="24"/>
          <w:szCs w:val="24"/>
        </w:rPr>
      </w:pPr>
      <w:r w:rsidRPr="003A77A0">
        <w:rPr>
          <w:sz w:val="24"/>
          <w:szCs w:val="24"/>
        </w:rPr>
        <w:t xml:space="preserve">Device with internet access and these three free </w:t>
      </w:r>
      <w:proofErr w:type="spellStart"/>
      <w:r w:rsidRPr="003A77A0">
        <w:rPr>
          <w:sz w:val="24"/>
          <w:szCs w:val="24"/>
        </w:rPr>
        <w:t>PhET</w:t>
      </w:r>
      <w:proofErr w:type="spellEnd"/>
      <w:r w:rsidRPr="003A77A0">
        <w:rPr>
          <w:sz w:val="24"/>
          <w:szCs w:val="24"/>
        </w:rPr>
        <w:t xml:space="preserve"> HTML5 simulations (downloadable for offline use):</w:t>
      </w:r>
    </w:p>
    <w:p w14:paraId="2542F025" w14:textId="77777777" w:rsidR="004B5493" w:rsidRPr="003A77A0" w:rsidRDefault="00000000" w:rsidP="003A77A0">
      <w:pPr>
        <w:spacing w:line="240" w:lineRule="auto"/>
        <w:contextualSpacing/>
        <w:rPr>
          <w:sz w:val="24"/>
          <w:szCs w:val="24"/>
        </w:rPr>
      </w:pPr>
      <w:r w:rsidRPr="003A77A0">
        <w:rPr>
          <w:sz w:val="24"/>
          <w:szCs w:val="24"/>
        </w:rPr>
        <w:t>1) Build an Atom:  https://phet.colorado.edu/en/simulations/build-an-atom</w:t>
      </w:r>
    </w:p>
    <w:p w14:paraId="14037C55" w14:textId="77777777" w:rsidR="004B5493" w:rsidRPr="003A77A0" w:rsidRDefault="00000000" w:rsidP="003A77A0">
      <w:pPr>
        <w:spacing w:line="240" w:lineRule="auto"/>
        <w:contextualSpacing/>
        <w:rPr>
          <w:sz w:val="24"/>
          <w:szCs w:val="24"/>
        </w:rPr>
      </w:pPr>
      <w:r w:rsidRPr="003A77A0">
        <w:rPr>
          <w:sz w:val="24"/>
          <w:szCs w:val="24"/>
        </w:rPr>
        <w:t>2) Isotopes and Atomic Mass</w:t>
      </w:r>
      <w:proofErr w:type="gramStart"/>
      <w:r w:rsidRPr="003A77A0">
        <w:rPr>
          <w:sz w:val="24"/>
          <w:szCs w:val="24"/>
        </w:rPr>
        <w:t>:  https://phet.colorado.edu/en/simulations/isotopes-and-atomic-mass</w:t>
      </w:r>
      <w:proofErr w:type="gramEnd"/>
    </w:p>
    <w:p w14:paraId="64C587E4" w14:textId="77777777" w:rsidR="004B5493" w:rsidRPr="003A77A0" w:rsidRDefault="00000000" w:rsidP="003A77A0">
      <w:pPr>
        <w:spacing w:line="240" w:lineRule="auto"/>
        <w:contextualSpacing/>
        <w:rPr>
          <w:sz w:val="24"/>
          <w:szCs w:val="24"/>
        </w:rPr>
      </w:pPr>
      <w:r w:rsidRPr="003A77A0">
        <w:rPr>
          <w:sz w:val="24"/>
          <w:szCs w:val="24"/>
        </w:rPr>
        <w:t>3) States of Matter: Basics:  https://phet.colorado.edu/en/simulations/states-of-matter-basics</w:t>
      </w:r>
    </w:p>
    <w:p w14:paraId="4A8226E9" w14:textId="77777777" w:rsidR="003A77A0" w:rsidRDefault="003A77A0" w:rsidP="003A77A0">
      <w:pPr>
        <w:spacing w:line="240" w:lineRule="auto"/>
        <w:contextualSpacing/>
        <w:rPr>
          <w:sz w:val="24"/>
          <w:szCs w:val="24"/>
        </w:rPr>
      </w:pPr>
    </w:p>
    <w:p w14:paraId="183900D2" w14:textId="7721107B" w:rsidR="004B5493" w:rsidRPr="003A77A0" w:rsidRDefault="00000000" w:rsidP="003A77A0">
      <w:pPr>
        <w:spacing w:line="240" w:lineRule="auto"/>
        <w:contextualSpacing/>
        <w:rPr>
          <w:sz w:val="28"/>
          <w:szCs w:val="28"/>
        </w:rPr>
      </w:pPr>
      <w:r w:rsidRPr="003A77A0">
        <w:rPr>
          <w:b/>
          <w:sz w:val="28"/>
          <w:szCs w:val="28"/>
        </w:rPr>
        <w:t>Part 1 - Read the Scans: Rebuild Each Evidence Atom</w:t>
      </w:r>
      <w:proofErr w:type="gramStart"/>
      <w:r w:rsidRPr="003A77A0">
        <w:rPr>
          <w:b/>
          <w:sz w:val="28"/>
          <w:szCs w:val="28"/>
        </w:rPr>
        <w:t xml:space="preserve">   (</w:t>
      </w:r>
      <w:proofErr w:type="gramEnd"/>
      <w:r w:rsidRPr="003A77A0">
        <w:rPr>
          <w:b/>
          <w:sz w:val="28"/>
          <w:szCs w:val="28"/>
        </w:rPr>
        <w:t>Target SC.</w:t>
      </w:r>
      <w:proofErr w:type="gramStart"/>
      <w:r w:rsidRPr="003A77A0">
        <w:rPr>
          <w:b/>
          <w:sz w:val="28"/>
          <w:szCs w:val="28"/>
        </w:rPr>
        <w:t>912.P.</w:t>
      </w:r>
      <w:proofErr w:type="gramEnd"/>
      <w:r w:rsidRPr="003A77A0">
        <w:rPr>
          <w:b/>
          <w:sz w:val="28"/>
          <w:szCs w:val="28"/>
        </w:rPr>
        <w:t>10.5 T1)</w:t>
      </w:r>
    </w:p>
    <w:p w14:paraId="5DE128D7" w14:textId="77777777" w:rsidR="004B5493" w:rsidRDefault="00000000" w:rsidP="003A77A0">
      <w:pPr>
        <w:spacing w:line="240" w:lineRule="auto"/>
        <w:contextualSpacing/>
        <w:rPr>
          <w:sz w:val="24"/>
          <w:szCs w:val="24"/>
        </w:rPr>
      </w:pPr>
      <w:r w:rsidRPr="003A77A0">
        <w:rPr>
          <w:sz w:val="24"/>
          <w:szCs w:val="24"/>
        </w:rPr>
        <w:t>The accelerator scan for each residue gives the number of protons, neutrons, and electrons - but as raw numbers, not as an atom. Your first step is to REBUILD each scan into an atom using the 'Build an Atom' simulation so you can SEE the element it belongs to. Build a neutral atom for each evidence element below, check your build on the Element and Game tabs, and complete the Evidence Log: particle counts, the mass number (protons + neutrons) of the most common isotope, and the element's metal/nonmetal/metalloid class. The proton count is the identity serial number - it alone decides what each element IS.</w:t>
      </w:r>
    </w:p>
    <w:p w14:paraId="76C5F4CC" w14:textId="77777777" w:rsidR="003A77A0" w:rsidRPr="003A77A0" w:rsidRDefault="003A77A0" w:rsidP="003A77A0">
      <w:pPr>
        <w:spacing w:line="240" w:lineRule="auto"/>
        <w:contextualSpacing/>
        <w:rPr>
          <w:sz w:val="24"/>
          <w:szCs w:val="24"/>
        </w:rPr>
      </w:pPr>
    </w:p>
    <w:tbl>
      <w:tblPr>
        <w:tblStyle w:val="TableGrid"/>
        <w:tblW w:w="10998" w:type="dxa"/>
        <w:tblLook w:val="04A0" w:firstRow="1" w:lastRow="0" w:firstColumn="1" w:lastColumn="0" w:noHBand="0" w:noVBand="1"/>
      </w:tblPr>
      <w:tblGrid>
        <w:gridCol w:w="1314"/>
        <w:gridCol w:w="1314"/>
        <w:gridCol w:w="1314"/>
        <w:gridCol w:w="1314"/>
        <w:gridCol w:w="1314"/>
        <w:gridCol w:w="1314"/>
        <w:gridCol w:w="1314"/>
        <w:gridCol w:w="1800"/>
      </w:tblGrid>
      <w:tr w:rsidR="004B5493" w:rsidRPr="003A77A0" w14:paraId="61632FBE" w14:textId="77777777" w:rsidTr="003A77A0">
        <w:tc>
          <w:tcPr>
            <w:tcW w:w="1314" w:type="dxa"/>
          </w:tcPr>
          <w:p w14:paraId="21E8B4EC" w14:textId="77777777" w:rsidR="004B5493" w:rsidRPr="003A77A0" w:rsidRDefault="00000000" w:rsidP="003A77A0">
            <w:pPr>
              <w:contextualSpacing/>
              <w:rPr>
                <w:sz w:val="24"/>
                <w:szCs w:val="24"/>
              </w:rPr>
            </w:pPr>
            <w:r w:rsidRPr="003A77A0">
              <w:rPr>
                <w:b/>
                <w:sz w:val="24"/>
                <w:szCs w:val="24"/>
              </w:rPr>
              <w:t>Element</w:t>
            </w:r>
          </w:p>
        </w:tc>
        <w:tc>
          <w:tcPr>
            <w:tcW w:w="1314" w:type="dxa"/>
          </w:tcPr>
          <w:p w14:paraId="77717C07" w14:textId="77777777" w:rsidR="004B5493" w:rsidRPr="003A77A0" w:rsidRDefault="00000000" w:rsidP="003A77A0">
            <w:pPr>
              <w:contextualSpacing/>
              <w:rPr>
                <w:sz w:val="24"/>
                <w:szCs w:val="24"/>
              </w:rPr>
            </w:pPr>
            <w:r w:rsidRPr="003A77A0">
              <w:rPr>
                <w:b/>
                <w:sz w:val="24"/>
                <w:szCs w:val="24"/>
              </w:rPr>
              <w:t>Symbol</w:t>
            </w:r>
          </w:p>
        </w:tc>
        <w:tc>
          <w:tcPr>
            <w:tcW w:w="1314" w:type="dxa"/>
          </w:tcPr>
          <w:p w14:paraId="57AFFE85" w14:textId="77777777" w:rsidR="004B5493" w:rsidRPr="003A77A0" w:rsidRDefault="00000000" w:rsidP="003A77A0">
            <w:pPr>
              <w:contextualSpacing/>
              <w:rPr>
                <w:sz w:val="24"/>
                <w:szCs w:val="24"/>
              </w:rPr>
            </w:pPr>
            <w:r w:rsidRPr="003A77A0">
              <w:rPr>
                <w:b/>
                <w:sz w:val="24"/>
                <w:szCs w:val="24"/>
              </w:rPr>
              <w:t>Atomic # (Z)</w:t>
            </w:r>
          </w:p>
        </w:tc>
        <w:tc>
          <w:tcPr>
            <w:tcW w:w="1314" w:type="dxa"/>
          </w:tcPr>
          <w:p w14:paraId="15C41667" w14:textId="77777777" w:rsidR="004B5493" w:rsidRPr="003A77A0" w:rsidRDefault="00000000" w:rsidP="003A77A0">
            <w:pPr>
              <w:contextualSpacing/>
              <w:rPr>
                <w:sz w:val="24"/>
                <w:szCs w:val="24"/>
              </w:rPr>
            </w:pPr>
            <w:r w:rsidRPr="003A77A0">
              <w:rPr>
                <w:b/>
                <w:sz w:val="24"/>
                <w:szCs w:val="24"/>
              </w:rPr>
              <w:t>Protons</w:t>
            </w:r>
          </w:p>
        </w:tc>
        <w:tc>
          <w:tcPr>
            <w:tcW w:w="1314" w:type="dxa"/>
          </w:tcPr>
          <w:p w14:paraId="1E9C17FB" w14:textId="77777777" w:rsidR="004B5493" w:rsidRPr="003A77A0" w:rsidRDefault="00000000" w:rsidP="003A77A0">
            <w:pPr>
              <w:contextualSpacing/>
              <w:rPr>
                <w:sz w:val="24"/>
                <w:szCs w:val="24"/>
              </w:rPr>
            </w:pPr>
            <w:r w:rsidRPr="003A77A0">
              <w:rPr>
                <w:b/>
                <w:sz w:val="24"/>
                <w:szCs w:val="24"/>
              </w:rPr>
              <w:t>Electrons</w:t>
            </w:r>
          </w:p>
        </w:tc>
        <w:tc>
          <w:tcPr>
            <w:tcW w:w="1314" w:type="dxa"/>
          </w:tcPr>
          <w:p w14:paraId="6550B240" w14:textId="77777777" w:rsidR="004B5493" w:rsidRPr="003A77A0" w:rsidRDefault="00000000" w:rsidP="003A77A0">
            <w:pPr>
              <w:contextualSpacing/>
              <w:rPr>
                <w:sz w:val="24"/>
                <w:szCs w:val="24"/>
              </w:rPr>
            </w:pPr>
            <w:r w:rsidRPr="003A77A0">
              <w:rPr>
                <w:b/>
                <w:sz w:val="24"/>
                <w:szCs w:val="24"/>
              </w:rPr>
              <w:t>Neutrons</w:t>
            </w:r>
          </w:p>
        </w:tc>
        <w:tc>
          <w:tcPr>
            <w:tcW w:w="1314" w:type="dxa"/>
          </w:tcPr>
          <w:p w14:paraId="63D338AF" w14:textId="77777777" w:rsidR="004B5493" w:rsidRPr="003A77A0" w:rsidRDefault="00000000" w:rsidP="003A77A0">
            <w:pPr>
              <w:contextualSpacing/>
              <w:rPr>
                <w:sz w:val="24"/>
                <w:szCs w:val="24"/>
              </w:rPr>
            </w:pPr>
            <w:r w:rsidRPr="003A77A0">
              <w:rPr>
                <w:b/>
                <w:sz w:val="24"/>
                <w:szCs w:val="24"/>
              </w:rPr>
              <w:t>Mass #</w:t>
            </w:r>
          </w:p>
        </w:tc>
        <w:tc>
          <w:tcPr>
            <w:tcW w:w="1800" w:type="dxa"/>
          </w:tcPr>
          <w:p w14:paraId="39327FF2" w14:textId="77777777" w:rsidR="004B5493" w:rsidRPr="003A77A0" w:rsidRDefault="00000000" w:rsidP="003A77A0">
            <w:pPr>
              <w:contextualSpacing/>
              <w:rPr>
                <w:sz w:val="24"/>
                <w:szCs w:val="24"/>
              </w:rPr>
            </w:pPr>
            <w:r w:rsidRPr="003A77A0">
              <w:rPr>
                <w:b/>
                <w:sz w:val="24"/>
                <w:szCs w:val="24"/>
              </w:rPr>
              <w:t>Metal / Nonmetal / Metalloid</w:t>
            </w:r>
          </w:p>
        </w:tc>
      </w:tr>
      <w:tr w:rsidR="004B5493" w:rsidRPr="003A77A0" w14:paraId="302C3AFF" w14:textId="77777777" w:rsidTr="003A77A0">
        <w:tc>
          <w:tcPr>
            <w:tcW w:w="1314" w:type="dxa"/>
          </w:tcPr>
          <w:p w14:paraId="352B7B25" w14:textId="77777777" w:rsidR="004B5493" w:rsidRPr="003A77A0" w:rsidRDefault="00000000" w:rsidP="003A77A0">
            <w:pPr>
              <w:contextualSpacing/>
              <w:rPr>
                <w:sz w:val="24"/>
                <w:szCs w:val="24"/>
              </w:rPr>
            </w:pPr>
            <w:r w:rsidRPr="003A77A0">
              <w:rPr>
                <w:sz w:val="24"/>
                <w:szCs w:val="24"/>
              </w:rPr>
              <w:t>Hydrogen</w:t>
            </w:r>
          </w:p>
        </w:tc>
        <w:tc>
          <w:tcPr>
            <w:tcW w:w="1314" w:type="dxa"/>
          </w:tcPr>
          <w:p w14:paraId="601FFC3A" w14:textId="77777777" w:rsidR="004B5493" w:rsidRPr="003A77A0" w:rsidRDefault="00000000" w:rsidP="003A77A0">
            <w:pPr>
              <w:contextualSpacing/>
              <w:rPr>
                <w:sz w:val="24"/>
                <w:szCs w:val="24"/>
              </w:rPr>
            </w:pPr>
            <w:r w:rsidRPr="003A77A0">
              <w:rPr>
                <w:sz w:val="24"/>
                <w:szCs w:val="24"/>
              </w:rPr>
              <w:t>H</w:t>
            </w:r>
          </w:p>
        </w:tc>
        <w:tc>
          <w:tcPr>
            <w:tcW w:w="1314" w:type="dxa"/>
          </w:tcPr>
          <w:p w14:paraId="461C2957" w14:textId="77777777" w:rsidR="004B5493" w:rsidRPr="003A77A0" w:rsidRDefault="00000000" w:rsidP="003A77A0">
            <w:pPr>
              <w:contextualSpacing/>
              <w:rPr>
                <w:sz w:val="24"/>
                <w:szCs w:val="24"/>
              </w:rPr>
            </w:pPr>
            <w:r w:rsidRPr="003A77A0">
              <w:rPr>
                <w:sz w:val="24"/>
                <w:szCs w:val="24"/>
              </w:rPr>
              <w:t>1</w:t>
            </w:r>
          </w:p>
        </w:tc>
        <w:tc>
          <w:tcPr>
            <w:tcW w:w="1314" w:type="dxa"/>
          </w:tcPr>
          <w:p w14:paraId="416ADA81" w14:textId="77777777" w:rsidR="004B5493" w:rsidRPr="003A77A0" w:rsidRDefault="004B5493" w:rsidP="003A77A0">
            <w:pPr>
              <w:contextualSpacing/>
              <w:rPr>
                <w:sz w:val="24"/>
                <w:szCs w:val="24"/>
              </w:rPr>
            </w:pPr>
          </w:p>
        </w:tc>
        <w:tc>
          <w:tcPr>
            <w:tcW w:w="1314" w:type="dxa"/>
          </w:tcPr>
          <w:p w14:paraId="3B4D4FEB" w14:textId="77777777" w:rsidR="004B5493" w:rsidRPr="003A77A0" w:rsidRDefault="004B5493" w:rsidP="003A77A0">
            <w:pPr>
              <w:contextualSpacing/>
              <w:rPr>
                <w:sz w:val="24"/>
                <w:szCs w:val="24"/>
              </w:rPr>
            </w:pPr>
          </w:p>
        </w:tc>
        <w:tc>
          <w:tcPr>
            <w:tcW w:w="1314" w:type="dxa"/>
          </w:tcPr>
          <w:p w14:paraId="1FFFC809" w14:textId="77777777" w:rsidR="004B5493" w:rsidRPr="003A77A0" w:rsidRDefault="004B5493" w:rsidP="003A77A0">
            <w:pPr>
              <w:contextualSpacing/>
              <w:rPr>
                <w:sz w:val="24"/>
                <w:szCs w:val="24"/>
              </w:rPr>
            </w:pPr>
          </w:p>
        </w:tc>
        <w:tc>
          <w:tcPr>
            <w:tcW w:w="1314" w:type="dxa"/>
          </w:tcPr>
          <w:p w14:paraId="32A9B6B2" w14:textId="77777777" w:rsidR="004B5493" w:rsidRPr="003A77A0" w:rsidRDefault="004B5493" w:rsidP="003A77A0">
            <w:pPr>
              <w:contextualSpacing/>
              <w:rPr>
                <w:sz w:val="24"/>
                <w:szCs w:val="24"/>
              </w:rPr>
            </w:pPr>
          </w:p>
        </w:tc>
        <w:tc>
          <w:tcPr>
            <w:tcW w:w="1800" w:type="dxa"/>
          </w:tcPr>
          <w:p w14:paraId="33D291B2" w14:textId="77777777" w:rsidR="004B5493" w:rsidRPr="003A77A0" w:rsidRDefault="004B5493" w:rsidP="003A77A0">
            <w:pPr>
              <w:contextualSpacing/>
              <w:rPr>
                <w:sz w:val="24"/>
                <w:szCs w:val="24"/>
              </w:rPr>
            </w:pPr>
          </w:p>
        </w:tc>
      </w:tr>
      <w:tr w:rsidR="004B5493" w:rsidRPr="003A77A0" w14:paraId="72B83BF7" w14:textId="77777777" w:rsidTr="003A77A0">
        <w:tc>
          <w:tcPr>
            <w:tcW w:w="1314" w:type="dxa"/>
          </w:tcPr>
          <w:p w14:paraId="2BE0209B" w14:textId="77777777" w:rsidR="004B5493" w:rsidRPr="003A77A0" w:rsidRDefault="00000000" w:rsidP="003A77A0">
            <w:pPr>
              <w:contextualSpacing/>
              <w:rPr>
                <w:sz w:val="24"/>
                <w:szCs w:val="24"/>
              </w:rPr>
            </w:pPr>
            <w:r w:rsidRPr="003A77A0">
              <w:rPr>
                <w:sz w:val="24"/>
                <w:szCs w:val="24"/>
              </w:rPr>
              <w:t>Carbon</w:t>
            </w:r>
          </w:p>
        </w:tc>
        <w:tc>
          <w:tcPr>
            <w:tcW w:w="1314" w:type="dxa"/>
          </w:tcPr>
          <w:p w14:paraId="504F973A" w14:textId="77777777" w:rsidR="004B5493" w:rsidRPr="003A77A0" w:rsidRDefault="00000000" w:rsidP="003A77A0">
            <w:pPr>
              <w:contextualSpacing/>
              <w:rPr>
                <w:sz w:val="24"/>
                <w:szCs w:val="24"/>
              </w:rPr>
            </w:pPr>
            <w:r w:rsidRPr="003A77A0">
              <w:rPr>
                <w:sz w:val="24"/>
                <w:szCs w:val="24"/>
              </w:rPr>
              <w:t>C</w:t>
            </w:r>
          </w:p>
        </w:tc>
        <w:tc>
          <w:tcPr>
            <w:tcW w:w="1314" w:type="dxa"/>
          </w:tcPr>
          <w:p w14:paraId="18695966" w14:textId="77777777" w:rsidR="004B5493" w:rsidRPr="003A77A0" w:rsidRDefault="00000000" w:rsidP="003A77A0">
            <w:pPr>
              <w:contextualSpacing/>
              <w:rPr>
                <w:sz w:val="24"/>
                <w:szCs w:val="24"/>
              </w:rPr>
            </w:pPr>
            <w:r w:rsidRPr="003A77A0">
              <w:rPr>
                <w:sz w:val="24"/>
                <w:szCs w:val="24"/>
              </w:rPr>
              <w:t>6</w:t>
            </w:r>
          </w:p>
        </w:tc>
        <w:tc>
          <w:tcPr>
            <w:tcW w:w="1314" w:type="dxa"/>
          </w:tcPr>
          <w:p w14:paraId="1C9762EB" w14:textId="77777777" w:rsidR="004B5493" w:rsidRPr="003A77A0" w:rsidRDefault="004B5493" w:rsidP="003A77A0">
            <w:pPr>
              <w:contextualSpacing/>
              <w:rPr>
                <w:sz w:val="24"/>
                <w:szCs w:val="24"/>
              </w:rPr>
            </w:pPr>
          </w:p>
        </w:tc>
        <w:tc>
          <w:tcPr>
            <w:tcW w:w="1314" w:type="dxa"/>
          </w:tcPr>
          <w:p w14:paraId="76BA8212" w14:textId="77777777" w:rsidR="004B5493" w:rsidRPr="003A77A0" w:rsidRDefault="004B5493" w:rsidP="003A77A0">
            <w:pPr>
              <w:contextualSpacing/>
              <w:rPr>
                <w:sz w:val="24"/>
                <w:szCs w:val="24"/>
              </w:rPr>
            </w:pPr>
          </w:p>
        </w:tc>
        <w:tc>
          <w:tcPr>
            <w:tcW w:w="1314" w:type="dxa"/>
          </w:tcPr>
          <w:p w14:paraId="6C1CEF49" w14:textId="77777777" w:rsidR="004B5493" w:rsidRPr="003A77A0" w:rsidRDefault="004B5493" w:rsidP="003A77A0">
            <w:pPr>
              <w:contextualSpacing/>
              <w:rPr>
                <w:sz w:val="24"/>
                <w:szCs w:val="24"/>
              </w:rPr>
            </w:pPr>
          </w:p>
        </w:tc>
        <w:tc>
          <w:tcPr>
            <w:tcW w:w="1314" w:type="dxa"/>
          </w:tcPr>
          <w:p w14:paraId="2D14C260" w14:textId="77777777" w:rsidR="004B5493" w:rsidRPr="003A77A0" w:rsidRDefault="004B5493" w:rsidP="003A77A0">
            <w:pPr>
              <w:contextualSpacing/>
              <w:rPr>
                <w:sz w:val="24"/>
                <w:szCs w:val="24"/>
              </w:rPr>
            </w:pPr>
          </w:p>
        </w:tc>
        <w:tc>
          <w:tcPr>
            <w:tcW w:w="1800" w:type="dxa"/>
          </w:tcPr>
          <w:p w14:paraId="1071A449" w14:textId="77777777" w:rsidR="004B5493" w:rsidRPr="003A77A0" w:rsidRDefault="004B5493" w:rsidP="003A77A0">
            <w:pPr>
              <w:contextualSpacing/>
              <w:rPr>
                <w:sz w:val="24"/>
                <w:szCs w:val="24"/>
              </w:rPr>
            </w:pPr>
          </w:p>
        </w:tc>
      </w:tr>
      <w:tr w:rsidR="004B5493" w:rsidRPr="003A77A0" w14:paraId="6F37CDC3" w14:textId="77777777" w:rsidTr="003A77A0">
        <w:tc>
          <w:tcPr>
            <w:tcW w:w="1314" w:type="dxa"/>
          </w:tcPr>
          <w:p w14:paraId="20E15C75" w14:textId="77777777" w:rsidR="004B5493" w:rsidRPr="003A77A0" w:rsidRDefault="00000000" w:rsidP="003A77A0">
            <w:pPr>
              <w:contextualSpacing/>
              <w:rPr>
                <w:sz w:val="24"/>
                <w:szCs w:val="24"/>
              </w:rPr>
            </w:pPr>
            <w:r w:rsidRPr="003A77A0">
              <w:rPr>
                <w:sz w:val="24"/>
                <w:szCs w:val="24"/>
              </w:rPr>
              <w:t>Oxygen</w:t>
            </w:r>
          </w:p>
        </w:tc>
        <w:tc>
          <w:tcPr>
            <w:tcW w:w="1314" w:type="dxa"/>
          </w:tcPr>
          <w:p w14:paraId="00A4B35F" w14:textId="77777777" w:rsidR="004B5493" w:rsidRPr="003A77A0" w:rsidRDefault="00000000" w:rsidP="003A77A0">
            <w:pPr>
              <w:contextualSpacing/>
              <w:rPr>
                <w:sz w:val="24"/>
                <w:szCs w:val="24"/>
              </w:rPr>
            </w:pPr>
            <w:r w:rsidRPr="003A77A0">
              <w:rPr>
                <w:sz w:val="24"/>
                <w:szCs w:val="24"/>
              </w:rPr>
              <w:t>O</w:t>
            </w:r>
          </w:p>
        </w:tc>
        <w:tc>
          <w:tcPr>
            <w:tcW w:w="1314" w:type="dxa"/>
          </w:tcPr>
          <w:p w14:paraId="49820633" w14:textId="77777777" w:rsidR="004B5493" w:rsidRPr="003A77A0" w:rsidRDefault="00000000" w:rsidP="003A77A0">
            <w:pPr>
              <w:contextualSpacing/>
              <w:rPr>
                <w:sz w:val="24"/>
                <w:szCs w:val="24"/>
              </w:rPr>
            </w:pPr>
            <w:r w:rsidRPr="003A77A0">
              <w:rPr>
                <w:sz w:val="24"/>
                <w:szCs w:val="24"/>
              </w:rPr>
              <w:t>8</w:t>
            </w:r>
          </w:p>
        </w:tc>
        <w:tc>
          <w:tcPr>
            <w:tcW w:w="1314" w:type="dxa"/>
          </w:tcPr>
          <w:p w14:paraId="1C349F55" w14:textId="77777777" w:rsidR="004B5493" w:rsidRPr="003A77A0" w:rsidRDefault="004B5493" w:rsidP="003A77A0">
            <w:pPr>
              <w:contextualSpacing/>
              <w:rPr>
                <w:sz w:val="24"/>
                <w:szCs w:val="24"/>
              </w:rPr>
            </w:pPr>
          </w:p>
        </w:tc>
        <w:tc>
          <w:tcPr>
            <w:tcW w:w="1314" w:type="dxa"/>
          </w:tcPr>
          <w:p w14:paraId="29D145CA" w14:textId="77777777" w:rsidR="004B5493" w:rsidRPr="003A77A0" w:rsidRDefault="004B5493" w:rsidP="003A77A0">
            <w:pPr>
              <w:contextualSpacing/>
              <w:rPr>
                <w:sz w:val="24"/>
                <w:szCs w:val="24"/>
              </w:rPr>
            </w:pPr>
          </w:p>
        </w:tc>
        <w:tc>
          <w:tcPr>
            <w:tcW w:w="1314" w:type="dxa"/>
          </w:tcPr>
          <w:p w14:paraId="5C6F1BEA" w14:textId="77777777" w:rsidR="004B5493" w:rsidRPr="003A77A0" w:rsidRDefault="004B5493" w:rsidP="003A77A0">
            <w:pPr>
              <w:contextualSpacing/>
              <w:rPr>
                <w:sz w:val="24"/>
                <w:szCs w:val="24"/>
              </w:rPr>
            </w:pPr>
          </w:p>
        </w:tc>
        <w:tc>
          <w:tcPr>
            <w:tcW w:w="1314" w:type="dxa"/>
          </w:tcPr>
          <w:p w14:paraId="2D8ECF6D" w14:textId="77777777" w:rsidR="004B5493" w:rsidRPr="003A77A0" w:rsidRDefault="004B5493" w:rsidP="003A77A0">
            <w:pPr>
              <w:contextualSpacing/>
              <w:rPr>
                <w:sz w:val="24"/>
                <w:szCs w:val="24"/>
              </w:rPr>
            </w:pPr>
          </w:p>
        </w:tc>
        <w:tc>
          <w:tcPr>
            <w:tcW w:w="1800" w:type="dxa"/>
          </w:tcPr>
          <w:p w14:paraId="5AB86642" w14:textId="77777777" w:rsidR="004B5493" w:rsidRPr="003A77A0" w:rsidRDefault="004B5493" w:rsidP="003A77A0">
            <w:pPr>
              <w:contextualSpacing/>
              <w:rPr>
                <w:sz w:val="24"/>
                <w:szCs w:val="24"/>
              </w:rPr>
            </w:pPr>
          </w:p>
        </w:tc>
      </w:tr>
      <w:tr w:rsidR="004B5493" w:rsidRPr="003A77A0" w14:paraId="696EB616" w14:textId="77777777" w:rsidTr="003A77A0">
        <w:tc>
          <w:tcPr>
            <w:tcW w:w="1314" w:type="dxa"/>
          </w:tcPr>
          <w:p w14:paraId="4ADD9F3C" w14:textId="77777777" w:rsidR="004B5493" w:rsidRPr="003A77A0" w:rsidRDefault="00000000" w:rsidP="003A77A0">
            <w:pPr>
              <w:contextualSpacing/>
              <w:rPr>
                <w:sz w:val="24"/>
                <w:szCs w:val="24"/>
              </w:rPr>
            </w:pPr>
            <w:r w:rsidRPr="003A77A0">
              <w:rPr>
                <w:sz w:val="24"/>
                <w:szCs w:val="24"/>
              </w:rPr>
              <w:t>Sodium</w:t>
            </w:r>
          </w:p>
        </w:tc>
        <w:tc>
          <w:tcPr>
            <w:tcW w:w="1314" w:type="dxa"/>
          </w:tcPr>
          <w:p w14:paraId="3332A221" w14:textId="77777777" w:rsidR="004B5493" w:rsidRPr="003A77A0" w:rsidRDefault="00000000" w:rsidP="003A77A0">
            <w:pPr>
              <w:contextualSpacing/>
              <w:rPr>
                <w:sz w:val="24"/>
                <w:szCs w:val="24"/>
              </w:rPr>
            </w:pPr>
            <w:r w:rsidRPr="003A77A0">
              <w:rPr>
                <w:sz w:val="24"/>
                <w:szCs w:val="24"/>
              </w:rPr>
              <w:t>Na</w:t>
            </w:r>
          </w:p>
        </w:tc>
        <w:tc>
          <w:tcPr>
            <w:tcW w:w="1314" w:type="dxa"/>
          </w:tcPr>
          <w:p w14:paraId="3882A3F4" w14:textId="77777777" w:rsidR="004B5493" w:rsidRPr="003A77A0" w:rsidRDefault="00000000" w:rsidP="003A77A0">
            <w:pPr>
              <w:contextualSpacing/>
              <w:rPr>
                <w:sz w:val="24"/>
                <w:szCs w:val="24"/>
              </w:rPr>
            </w:pPr>
            <w:r w:rsidRPr="003A77A0">
              <w:rPr>
                <w:sz w:val="24"/>
                <w:szCs w:val="24"/>
              </w:rPr>
              <w:t>11</w:t>
            </w:r>
          </w:p>
        </w:tc>
        <w:tc>
          <w:tcPr>
            <w:tcW w:w="1314" w:type="dxa"/>
          </w:tcPr>
          <w:p w14:paraId="06D8AAED" w14:textId="77777777" w:rsidR="004B5493" w:rsidRPr="003A77A0" w:rsidRDefault="004B5493" w:rsidP="003A77A0">
            <w:pPr>
              <w:contextualSpacing/>
              <w:rPr>
                <w:sz w:val="24"/>
                <w:szCs w:val="24"/>
              </w:rPr>
            </w:pPr>
          </w:p>
        </w:tc>
        <w:tc>
          <w:tcPr>
            <w:tcW w:w="1314" w:type="dxa"/>
          </w:tcPr>
          <w:p w14:paraId="4121ED10" w14:textId="77777777" w:rsidR="004B5493" w:rsidRPr="003A77A0" w:rsidRDefault="004B5493" w:rsidP="003A77A0">
            <w:pPr>
              <w:contextualSpacing/>
              <w:rPr>
                <w:sz w:val="24"/>
                <w:szCs w:val="24"/>
              </w:rPr>
            </w:pPr>
          </w:p>
        </w:tc>
        <w:tc>
          <w:tcPr>
            <w:tcW w:w="1314" w:type="dxa"/>
          </w:tcPr>
          <w:p w14:paraId="4D9043AC" w14:textId="77777777" w:rsidR="004B5493" w:rsidRPr="003A77A0" w:rsidRDefault="004B5493" w:rsidP="003A77A0">
            <w:pPr>
              <w:contextualSpacing/>
              <w:rPr>
                <w:sz w:val="24"/>
                <w:szCs w:val="24"/>
              </w:rPr>
            </w:pPr>
          </w:p>
        </w:tc>
        <w:tc>
          <w:tcPr>
            <w:tcW w:w="1314" w:type="dxa"/>
          </w:tcPr>
          <w:p w14:paraId="3280F48D" w14:textId="77777777" w:rsidR="004B5493" w:rsidRPr="003A77A0" w:rsidRDefault="004B5493" w:rsidP="003A77A0">
            <w:pPr>
              <w:contextualSpacing/>
              <w:rPr>
                <w:sz w:val="24"/>
                <w:szCs w:val="24"/>
              </w:rPr>
            </w:pPr>
          </w:p>
        </w:tc>
        <w:tc>
          <w:tcPr>
            <w:tcW w:w="1800" w:type="dxa"/>
          </w:tcPr>
          <w:p w14:paraId="1832A19D" w14:textId="77777777" w:rsidR="004B5493" w:rsidRPr="003A77A0" w:rsidRDefault="004B5493" w:rsidP="003A77A0">
            <w:pPr>
              <w:contextualSpacing/>
              <w:rPr>
                <w:sz w:val="24"/>
                <w:szCs w:val="24"/>
              </w:rPr>
            </w:pPr>
          </w:p>
        </w:tc>
      </w:tr>
      <w:tr w:rsidR="004B5493" w:rsidRPr="003A77A0" w14:paraId="6CB48A9B" w14:textId="77777777" w:rsidTr="003A77A0">
        <w:tc>
          <w:tcPr>
            <w:tcW w:w="1314" w:type="dxa"/>
          </w:tcPr>
          <w:p w14:paraId="574C50B8" w14:textId="77777777" w:rsidR="004B5493" w:rsidRPr="003A77A0" w:rsidRDefault="00000000" w:rsidP="003A77A0">
            <w:pPr>
              <w:contextualSpacing/>
              <w:rPr>
                <w:sz w:val="24"/>
                <w:szCs w:val="24"/>
              </w:rPr>
            </w:pPr>
            <w:r w:rsidRPr="003A77A0">
              <w:rPr>
                <w:sz w:val="24"/>
                <w:szCs w:val="24"/>
              </w:rPr>
              <w:t>Chlorine</w:t>
            </w:r>
          </w:p>
        </w:tc>
        <w:tc>
          <w:tcPr>
            <w:tcW w:w="1314" w:type="dxa"/>
          </w:tcPr>
          <w:p w14:paraId="25C17DCF" w14:textId="77777777" w:rsidR="004B5493" w:rsidRPr="003A77A0" w:rsidRDefault="00000000" w:rsidP="003A77A0">
            <w:pPr>
              <w:contextualSpacing/>
              <w:rPr>
                <w:sz w:val="24"/>
                <w:szCs w:val="24"/>
              </w:rPr>
            </w:pPr>
            <w:r w:rsidRPr="003A77A0">
              <w:rPr>
                <w:sz w:val="24"/>
                <w:szCs w:val="24"/>
              </w:rPr>
              <w:t>Cl</w:t>
            </w:r>
          </w:p>
        </w:tc>
        <w:tc>
          <w:tcPr>
            <w:tcW w:w="1314" w:type="dxa"/>
          </w:tcPr>
          <w:p w14:paraId="0B04354F" w14:textId="77777777" w:rsidR="004B5493" w:rsidRPr="003A77A0" w:rsidRDefault="00000000" w:rsidP="003A77A0">
            <w:pPr>
              <w:contextualSpacing/>
              <w:rPr>
                <w:sz w:val="24"/>
                <w:szCs w:val="24"/>
              </w:rPr>
            </w:pPr>
            <w:r w:rsidRPr="003A77A0">
              <w:rPr>
                <w:sz w:val="24"/>
                <w:szCs w:val="24"/>
              </w:rPr>
              <w:t>17</w:t>
            </w:r>
          </w:p>
        </w:tc>
        <w:tc>
          <w:tcPr>
            <w:tcW w:w="1314" w:type="dxa"/>
          </w:tcPr>
          <w:p w14:paraId="3B7DD9A3" w14:textId="77777777" w:rsidR="004B5493" w:rsidRPr="003A77A0" w:rsidRDefault="004B5493" w:rsidP="003A77A0">
            <w:pPr>
              <w:contextualSpacing/>
              <w:rPr>
                <w:sz w:val="24"/>
                <w:szCs w:val="24"/>
              </w:rPr>
            </w:pPr>
          </w:p>
        </w:tc>
        <w:tc>
          <w:tcPr>
            <w:tcW w:w="1314" w:type="dxa"/>
          </w:tcPr>
          <w:p w14:paraId="6613160F" w14:textId="77777777" w:rsidR="004B5493" w:rsidRPr="003A77A0" w:rsidRDefault="004B5493" w:rsidP="003A77A0">
            <w:pPr>
              <w:contextualSpacing/>
              <w:rPr>
                <w:sz w:val="24"/>
                <w:szCs w:val="24"/>
              </w:rPr>
            </w:pPr>
          </w:p>
        </w:tc>
        <w:tc>
          <w:tcPr>
            <w:tcW w:w="1314" w:type="dxa"/>
          </w:tcPr>
          <w:p w14:paraId="0542211C" w14:textId="77777777" w:rsidR="004B5493" w:rsidRPr="003A77A0" w:rsidRDefault="004B5493" w:rsidP="003A77A0">
            <w:pPr>
              <w:contextualSpacing/>
              <w:rPr>
                <w:sz w:val="24"/>
                <w:szCs w:val="24"/>
              </w:rPr>
            </w:pPr>
          </w:p>
        </w:tc>
        <w:tc>
          <w:tcPr>
            <w:tcW w:w="1314" w:type="dxa"/>
          </w:tcPr>
          <w:p w14:paraId="54FCD29D" w14:textId="77777777" w:rsidR="004B5493" w:rsidRPr="003A77A0" w:rsidRDefault="004B5493" w:rsidP="003A77A0">
            <w:pPr>
              <w:contextualSpacing/>
              <w:rPr>
                <w:sz w:val="24"/>
                <w:szCs w:val="24"/>
              </w:rPr>
            </w:pPr>
          </w:p>
        </w:tc>
        <w:tc>
          <w:tcPr>
            <w:tcW w:w="1800" w:type="dxa"/>
          </w:tcPr>
          <w:p w14:paraId="0228A7A8" w14:textId="77777777" w:rsidR="004B5493" w:rsidRPr="003A77A0" w:rsidRDefault="004B5493" w:rsidP="003A77A0">
            <w:pPr>
              <w:contextualSpacing/>
              <w:rPr>
                <w:sz w:val="24"/>
                <w:szCs w:val="24"/>
              </w:rPr>
            </w:pPr>
          </w:p>
        </w:tc>
      </w:tr>
      <w:tr w:rsidR="004B5493" w:rsidRPr="003A77A0" w14:paraId="0AEDC4EB" w14:textId="77777777" w:rsidTr="003A77A0">
        <w:tc>
          <w:tcPr>
            <w:tcW w:w="1314" w:type="dxa"/>
          </w:tcPr>
          <w:p w14:paraId="65364D73" w14:textId="77777777" w:rsidR="004B5493" w:rsidRPr="003A77A0" w:rsidRDefault="00000000" w:rsidP="003A77A0">
            <w:pPr>
              <w:contextualSpacing/>
              <w:rPr>
                <w:sz w:val="24"/>
                <w:szCs w:val="24"/>
              </w:rPr>
            </w:pPr>
            <w:r w:rsidRPr="003A77A0">
              <w:rPr>
                <w:sz w:val="24"/>
                <w:szCs w:val="24"/>
              </w:rPr>
              <w:t>Iron</w:t>
            </w:r>
          </w:p>
        </w:tc>
        <w:tc>
          <w:tcPr>
            <w:tcW w:w="1314" w:type="dxa"/>
          </w:tcPr>
          <w:p w14:paraId="6F463055" w14:textId="77777777" w:rsidR="004B5493" w:rsidRPr="003A77A0" w:rsidRDefault="00000000" w:rsidP="003A77A0">
            <w:pPr>
              <w:contextualSpacing/>
              <w:rPr>
                <w:sz w:val="24"/>
                <w:szCs w:val="24"/>
              </w:rPr>
            </w:pPr>
            <w:r w:rsidRPr="003A77A0">
              <w:rPr>
                <w:sz w:val="24"/>
                <w:szCs w:val="24"/>
              </w:rPr>
              <w:t>Fe</w:t>
            </w:r>
          </w:p>
        </w:tc>
        <w:tc>
          <w:tcPr>
            <w:tcW w:w="1314" w:type="dxa"/>
          </w:tcPr>
          <w:p w14:paraId="72B91ADF" w14:textId="77777777" w:rsidR="004B5493" w:rsidRPr="003A77A0" w:rsidRDefault="00000000" w:rsidP="003A77A0">
            <w:pPr>
              <w:contextualSpacing/>
              <w:rPr>
                <w:sz w:val="24"/>
                <w:szCs w:val="24"/>
              </w:rPr>
            </w:pPr>
            <w:r w:rsidRPr="003A77A0">
              <w:rPr>
                <w:sz w:val="24"/>
                <w:szCs w:val="24"/>
              </w:rPr>
              <w:t>26</w:t>
            </w:r>
          </w:p>
        </w:tc>
        <w:tc>
          <w:tcPr>
            <w:tcW w:w="1314" w:type="dxa"/>
          </w:tcPr>
          <w:p w14:paraId="4248CFBA" w14:textId="77777777" w:rsidR="004B5493" w:rsidRPr="003A77A0" w:rsidRDefault="004B5493" w:rsidP="003A77A0">
            <w:pPr>
              <w:contextualSpacing/>
              <w:rPr>
                <w:sz w:val="24"/>
                <w:szCs w:val="24"/>
              </w:rPr>
            </w:pPr>
          </w:p>
        </w:tc>
        <w:tc>
          <w:tcPr>
            <w:tcW w:w="1314" w:type="dxa"/>
          </w:tcPr>
          <w:p w14:paraId="7E55F001" w14:textId="77777777" w:rsidR="004B5493" w:rsidRPr="003A77A0" w:rsidRDefault="004B5493" w:rsidP="003A77A0">
            <w:pPr>
              <w:contextualSpacing/>
              <w:rPr>
                <w:sz w:val="24"/>
                <w:szCs w:val="24"/>
              </w:rPr>
            </w:pPr>
          </w:p>
        </w:tc>
        <w:tc>
          <w:tcPr>
            <w:tcW w:w="1314" w:type="dxa"/>
          </w:tcPr>
          <w:p w14:paraId="41E5439C" w14:textId="77777777" w:rsidR="004B5493" w:rsidRPr="003A77A0" w:rsidRDefault="004B5493" w:rsidP="003A77A0">
            <w:pPr>
              <w:contextualSpacing/>
              <w:rPr>
                <w:sz w:val="24"/>
                <w:szCs w:val="24"/>
              </w:rPr>
            </w:pPr>
          </w:p>
        </w:tc>
        <w:tc>
          <w:tcPr>
            <w:tcW w:w="1314" w:type="dxa"/>
          </w:tcPr>
          <w:p w14:paraId="135F8B38" w14:textId="77777777" w:rsidR="004B5493" w:rsidRPr="003A77A0" w:rsidRDefault="004B5493" w:rsidP="003A77A0">
            <w:pPr>
              <w:contextualSpacing/>
              <w:rPr>
                <w:sz w:val="24"/>
                <w:szCs w:val="24"/>
              </w:rPr>
            </w:pPr>
          </w:p>
        </w:tc>
        <w:tc>
          <w:tcPr>
            <w:tcW w:w="1800" w:type="dxa"/>
          </w:tcPr>
          <w:p w14:paraId="536CAB20" w14:textId="77777777" w:rsidR="004B5493" w:rsidRPr="003A77A0" w:rsidRDefault="004B5493" w:rsidP="003A77A0">
            <w:pPr>
              <w:contextualSpacing/>
              <w:rPr>
                <w:sz w:val="24"/>
                <w:szCs w:val="24"/>
              </w:rPr>
            </w:pPr>
          </w:p>
        </w:tc>
      </w:tr>
      <w:tr w:rsidR="004B5493" w:rsidRPr="003A77A0" w14:paraId="622E3B72" w14:textId="77777777" w:rsidTr="003A77A0">
        <w:tc>
          <w:tcPr>
            <w:tcW w:w="1314" w:type="dxa"/>
          </w:tcPr>
          <w:p w14:paraId="5EA81A20" w14:textId="77777777" w:rsidR="004B5493" w:rsidRPr="003A77A0" w:rsidRDefault="00000000" w:rsidP="003A77A0">
            <w:pPr>
              <w:contextualSpacing/>
              <w:rPr>
                <w:sz w:val="24"/>
                <w:szCs w:val="24"/>
              </w:rPr>
            </w:pPr>
            <w:r w:rsidRPr="003A77A0">
              <w:rPr>
                <w:sz w:val="24"/>
                <w:szCs w:val="24"/>
              </w:rPr>
              <w:t>Copper</w:t>
            </w:r>
          </w:p>
        </w:tc>
        <w:tc>
          <w:tcPr>
            <w:tcW w:w="1314" w:type="dxa"/>
          </w:tcPr>
          <w:p w14:paraId="71FF24A6" w14:textId="77777777" w:rsidR="004B5493" w:rsidRPr="003A77A0" w:rsidRDefault="00000000" w:rsidP="003A77A0">
            <w:pPr>
              <w:contextualSpacing/>
              <w:rPr>
                <w:sz w:val="24"/>
                <w:szCs w:val="24"/>
              </w:rPr>
            </w:pPr>
            <w:r w:rsidRPr="003A77A0">
              <w:rPr>
                <w:sz w:val="24"/>
                <w:szCs w:val="24"/>
              </w:rPr>
              <w:t>Cu</w:t>
            </w:r>
          </w:p>
        </w:tc>
        <w:tc>
          <w:tcPr>
            <w:tcW w:w="1314" w:type="dxa"/>
          </w:tcPr>
          <w:p w14:paraId="642DEB24" w14:textId="77777777" w:rsidR="004B5493" w:rsidRPr="003A77A0" w:rsidRDefault="00000000" w:rsidP="003A77A0">
            <w:pPr>
              <w:contextualSpacing/>
              <w:rPr>
                <w:sz w:val="24"/>
                <w:szCs w:val="24"/>
              </w:rPr>
            </w:pPr>
            <w:r w:rsidRPr="003A77A0">
              <w:rPr>
                <w:sz w:val="24"/>
                <w:szCs w:val="24"/>
              </w:rPr>
              <w:t>29</w:t>
            </w:r>
          </w:p>
        </w:tc>
        <w:tc>
          <w:tcPr>
            <w:tcW w:w="1314" w:type="dxa"/>
          </w:tcPr>
          <w:p w14:paraId="50A2A137" w14:textId="77777777" w:rsidR="004B5493" w:rsidRPr="003A77A0" w:rsidRDefault="004B5493" w:rsidP="003A77A0">
            <w:pPr>
              <w:contextualSpacing/>
              <w:rPr>
                <w:sz w:val="24"/>
                <w:szCs w:val="24"/>
              </w:rPr>
            </w:pPr>
          </w:p>
        </w:tc>
        <w:tc>
          <w:tcPr>
            <w:tcW w:w="1314" w:type="dxa"/>
          </w:tcPr>
          <w:p w14:paraId="0A0F8C5B" w14:textId="77777777" w:rsidR="004B5493" w:rsidRPr="003A77A0" w:rsidRDefault="004B5493" w:rsidP="003A77A0">
            <w:pPr>
              <w:contextualSpacing/>
              <w:rPr>
                <w:sz w:val="24"/>
                <w:szCs w:val="24"/>
              </w:rPr>
            </w:pPr>
          </w:p>
        </w:tc>
        <w:tc>
          <w:tcPr>
            <w:tcW w:w="1314" w:type="dxa"/>
          </w:tcPr>
          <w:p w14:paraId="11883C94" w14:textId="77777777" w:rsidR="004B5493" w:rsidRPr="003A77A0" w:rsidRDefault="004B5493" w:rsidP="003A77A0">
            <w:pPr>
              <w:contextualSpacing/>
              <w:rPr>
                <w:sz w:val="24"/>
                <w:szCs w:val="24"/>
              </w:rPr>
            </w:pPr>
          </w:p>
        </w:tc>
        <w:tc>
          <w:tcPr>
            <w:tcW w:w="1314" w:type="dxa"/>
          </w:tcPr>
          <w:p w14:paraId="3288B21D" w14:textId="77777777" w:rsidR="004B5493" w:rsidRPr="003A77A0" w:rsidRDefault="004B5493" w:rsidP="003A77A0">
            <w:pPr>
              <w:contextualSpacing/>
              <w:rPr>
                <w:sz w:val="24"/>
                <w:szCs w:val="24"/>
              </w:rPr>
            </w:pPr>
          </w:p>
        </w:tc>
        <w:tc>
          <w:tcPr>
            <w:tcW w:w="1800" w:type="dxa"/>
          </w:tcPr>
          <w:p w14:paraId="4125CCCA" w14:textId="77777777" w:rsidR="004B5493" w:rsidRPr="003A77A0" w:rsidRDefault="004B5493" w:rsidP="003A77A0">
            <w:pPr>
              <w:contextualSpacing/>
              <w:rPr>
                <w:sz w:val="24"/>
                <w:szCs w:val="24"/>
              </w:rPr>
            </w:pPr>
          </w:p>
        </w:tc>
      </w:tr>
      <w:tr w:rsidR="004B5493" w:rsidRPr="003A77A0" w14:paraId="24A45CCF" w14:textId="77777777" w:rsidTr="003A77A0">
        <w:tc>
          <w:tcPr>
            <w:tcW w:w="1314" w:type="dxa"/>
          </w:tcPr>
          <w:p w14:paraId="22AB6AFE" w14:textId="77777777" w:rsidR="004B5493" w:rsidRPr="003A77A0" w:rsidRDefault="00000000" w:rsidP="003A77A0">
            <w:pPr>
              <w:contextualSpacing/>
              <w:rPr>
                <w:sz w:val="24"/>
                <w:szCs w:val="24"/>
              </w:rPr>
            </w:pPr>
            <w:r w:rsidRPr="003A77A0">
              <w:rPr>
                <w:sz w:val="24"/>
                <w:szCs w:val="24"/>
              </w:rPr>
              <w:t>Uranium</w:t>
            </w:r>
          </w:p>
        </w:tc>
        <w:tc>
          <w:tcPr>
            <w:tcW w:w="1314" w:type="dxa"/>
          </w:tcPr>
          <w:p w14:paraId="25345F4D" w14:textId="77777777" w:rsidR="004B5493" w:rsidRPr="003A77A0" w:rsidRDefault="00000000" w:rsidP="003A77A0">
            <w:pPr>
              <w:contextualSpacing/>
              <w:rPr>
                <w:sz w:val="24"/>
                <w:szCs w:val="24"/>
              </w:rPr>
            </w:pPr>
            <w:r w:rsidRPr="003A77A0">
              <w:rPr>
                <w:sz w:val="24"/>
                <w:szCs w:val="24"/>
              </w:rPr>
              <w:t>U</w:t>
            </w:r>
          </w:p>
        </w:tc>
        <w:tc>
          <w:tcPr>
            <w:tcW w:w="1314" w:type="dxa"/>
          </w:tcPr>
          <w:p w14:paraId="6538DC52" w14:textId="77777777" w:rsidR="004B5493" w:rsidRPr="003A77A0" w:rsidRDefault="00000000" w:rsidP="003A77A0">
            <w:pPr>
              <w:contextualSpacing/>
              <w:rPr>
                <w:sz w:val="24"/>
                <w:szCs w:val="24"/>
              </w:rPr>
            </w:pPr>
            <w:r w:rsidRPr="003A77A0">
              <w:rPr>
                <w:sz w:val="24"/>
                <w:szCs w:val="24"/>
              </w:rPr>
              <w:t>92</w:t>
            </w:r>
          </w:p>
        </w:tc>
        <w:tc>
          <w:tcPr>
            <w:tcW w:w="1314" w:type="dxa"/>
          </w:tcPr>
          <w:p w14:paraId="51691D57" w14:textId="77777777" w:rsidR="004B5493" w:rsidRPr="003A77A0" w:rsidRDefault="004B5493" w:rsidP="003A77A0">
            <w:pPr>
              <w:contextualSpacing/>
              <w:rPr>
                <w:sz w:val="24"/>
                <w:szCs w:val="24"/>
              </w:rPr>
            </w:pPr>
          </w:p>
        </w:tc>
        <w:tc>
          <w:tcPr>
            <w:tcW w:w="1314" w:type="dxa"/>
          </w:tcPr>
          <w:p w14:paraId="48976D7E" w14:textId="77777777" w:rsidR="004B5493" w:rsidRPr="003A77A0" w:rsidRDefault="004B5493" w:rsidP="003A77A0">
            <w:pPr>
              <w:contextualSpacing/>
              <w:rPr>
                <w:sz w:val="24"/>
                <w:szCs w:val="24"/>
              </w:rPr>
            </w:pPr>
          </w:p>
        </w:tc>
        <w:tc>
          <w:tcPr>
            <w:tcW w:w="1314" w:type="dxa"/>
          </w:tcPr>
          <w:p w14:paraId="74506146" w14:textId="77777777" w:rsidR="004B5493" w:rsidRPr="003A77A0" w:rsidRDefault="004B5493" w:rsidP="003A77A0">
            <w:pPr>
              <w:contextualSpacing/>
              <w:rPr>
                <w:sz w:val="24"/>
                <w:szCs w:val="24"/>
              </w:rPr>
            </w:pPr>
          </w:p>
        </w:tc>
        <w:tc>
          <w:tcPr>
            <w:tcW w:w="1314" w:type="dxa"/>
          </w:tcPr>
          <w:p w14:paraId="4AB0A6DA" w14:textId="77777777" w:rsidR="004B5493" w:rsidRPr="003A77A0" w:rsidRDefault="004B5493" w:rsidP="003A77A0">
            <w:pPr>
              <w:contextualSpacing/>
              <w:rPr>
                <w:sz w:val="24"/>
                <w:szCs w:val="24"/>
              </w:rPr>
            </w:pPr>
          </w:p>
        </w:tc>
        <w:tc>
          <w:tcPr>
            <w:tcW w:w="1800" w:type="dxa"/>
          </w:tcPr>
          <w:p w14:paraId="75FDCCBD" w14:textId="77777777" w:rsidR="004B5493" w:rsidRPr="003A77A0" w:rsidRDefault="004B5493" w:rsidP="003A77A0">
            <w:pPr>
              <w:contextualSpacing/>
              <w:rPr>
                <w:sz w:val="24"/>
                <w:szCs w:val="24"/>
              </w:rPr>
            </w:pPr>
          </w:p>
        </w:tc>
      </w:tr>
    </w:tbl>
    <w:p w14:paraId="00E106F8" w14:textId="77777777" w:rsidR="003A77A0" w:rsidRDefault="003A77A0" w:rsidP="003A77A0">
      <w:pPr>
        <w:spacing w:line="240" w:lineRule="auto"/>
        <w:contextualSpacing/>
        <w:rPr>
          <w:b/>
          <w:sz w:val="24"/>
          <w:szCs w:val="24"/>
        </w:rPr>
      </w:pPr>
    </w:p>
    <w:p w14:paraId="2C1BD4E4" w14:textId="77777777" w:rsidR="003A77A0" w:rsidRDefault="003A77A0" w:rsidP="003A77A0">
      <w:pPr>
        <w:spacing w:line="240" w:lineRule="auto"/>
        <w:contextualSpacing/>
        <w:rPr>
          <w:b/>
          <w:sz w:val="24"/>
          <w:szCs w:val="24"/>
        </w:rPr>
      </w:pPr>
    </w:p>
    <w:p w14:paraId="51DF3578" w14:textId="77777777" w:rsidR="003A77A0" w:rsidRDefault="003A77A0" w:rsidP="003A77A0">
      <w:pPr>
        <w:spacing w:line="240" w:lineRule="auto"/>
        <w:contextualSpacing/>
        <w:rPr>
          <w:b/>
          <w:sz w:val="28"/>
          <w:szCs w:val="28"/>
        </w:rPr>
      </w:pPr>
    </w:p>
    <w:p w14:paraId="50892546" w14:textId="52CB072D" w:rsidR="004B5493" w:rsidRPr="003A77A0" w:rsidRDefault="00000000" w:rsidP="003A77A0">
      <w:pPr>
        <w:spacing w:line="240" w:lineRule="auto"/>
        <w:contextualSpacing/>
        <w:rPr>
          <w:sz w:val="28"/>
          <w:szCs w:val="28"/>
        </w:rPr>
      </w:pPr>
      <w:r w:rsidRPr="003A77A0">
        <w:rPr>
          <w:b/>
          <w:sz w:val="28"/>
          <w:szCs w:val="28"/>
        </w:rPr>
        <w:lastRenderedPageBreak/>
        <w:t>Part 2 - Isotope Fingerprinting: Same Element, Different Mass</w:t>
      </w:r>
      <w:proofErr w:type="gramStart"/>
      <w:r w:rsidRPr="003A77A0">
        <w:rPr>
          <w:b/>
          <w:sz w:val="28"/>
          <w:szCs w:val="28"/>
        </w:rPr>
        <w:t xml:space="preserve">   (</w:t>
      </w:r>
      <w:proofErr w:type="gramEnd"/>
      <w:r w:rsidRPr="003A77A0">
        <w:rPr>
          <w:b/>
          <w:sz w:val="28"/>
          <w:szCs w:val="28"/>
        </w:rPr>
        <w:t>Target SC.</w:t>
      </w:r>
      <w:proofErr w:type="gramStart"/>
      <w:r w:rsidRPr="003A77A0">
        <w:rPr>
          <w:b/>
          <w:sz w:val="28"/>
          <w:szCs w:val="28"/>
        </w:rPr>
        <w:t>912.P.</w:t>
      </w:r>
      <w:proofErr w:type="gramEnd"/>
      <w:r w:rsidRPr="003A77A0">
        <w:rPr>
          <w:b/>
          <w:sz w:val="28"/>
          <w:szCs w:val="28"/>
        </w:rPr>
        <w:t>10.5 T1)</w:t>
      </w:r>
    </w:p>
    <w:p w14:paraId="3867D17C" w14:textId="77777777" w:rsidR="004B5493" w:rsidRDefault="00000000" w:rsidP="003A77A0">
      <w:pPr>
        <w:spacing w:line="240" w:lineRule="auto"/>
        <w:contextualSpacing/>
        <w:rPr>
          <w:sz w:val="24"/>
          <w:szCs w:val="24"/>
        </w:rPr>
      </w:pPr>
      <w:r w:rsidRPr="003A77A0">
        <w:rPr>
          <w:sz w:val="24"/>
          <w:szCs w:val="24"/>
        </w:rPr>
        <w:t xml:space="preserve">Every evidence atom is now identified by its proton count, but forensic work never stops there: the same element can exist with different neutron counts, and the RATIO of those isotopes is a fingerprint that can point to the source of the material. Use the 'Isotopes and Atomic Mass' simulation to inspect each isotope pair below, write the isotope notation, and explain what differs and why both atoms are still the same element. Then, using the natural abundances the sim shows for chlorine, calculate the weighted average atomic mass - the number that </w:t>
      </w:r>
      <w:proofErr w:type="gramStart"/>
      <w:r w:rsidRPr="003A77A0">
        <w:rPr>
          <w:sz w:val="24"/>
          <w:szCs w:val="24"/>
        </w:rPr>
        <w:t>actually appears</w:t>
      </w:r>
      <w:proofErr w:type="gramEnd"/>
      <w:r w:rsidRPr="003A77A0">
        <w:rPr>
          <w:sz w:val="24"/>
          <w:szCs w:val="24"/>
        </w:rPr>
        <w:t xml:space="preserve"> on the periodic table - and explain why weighting by abundance is correct rather than taking a simple average.</w:t>
      </w:r>
    </w:p>
    <w:p w14:paraId="64CA6591" w14:textId="77777777" w:rsidR="003A77A0" w:rsidRPr="003A77A0" w:rsidRDefault="003A77A0" w:rsidP="003A77A0">
      <w:pPr>
        <w:spacing w:line="240" w:lineRule="auto"/>
        <w:contextualSpacing/>
        <w:rPr>
          <w:sz w:val="24"/>
          <w:szCs w:val="24"/>
        </w:rPr>
      </w:pPr>
    </w:p>
    <w:tbl>
      <w:tblPr>
        <w:tblStyle w:val="TableGrid"/>
        <w:tblW w:w="0" w:type="auto"/>
        <w:tblLook w:val="04A0" w:firstRow="1" w:lastRow="0" w:firstColumn="1" w:lastColumn="0" w:noHBand="0" w:noVBand="1"/>
      </w:tblPr>
      <w:tblGrid>
        <w:gridCol w:w="2102"/>
        <w:gridCol w:w="526"/>
        <w:gridCol w:w="1576"/>
        <w:gridCol w:w="1052"/>
        <w:gridCol w:w="1050"/>
        <w:gridCol w:w="1578"/>
        <w:gridCol w:w="524"/>
        <w:gridCol w:w="2104"/>
      </w:tblGrid>
      <w:tr w:rsidR="004B5493" w:rsidRPr="003A77A0" w14:paraId="69EFF66A" w14:textId="77777777">
        <w:tc>
          <w:tcPr>
            <w:tcW w:w="2102" w:type="dxa"/>
          </w:tcPr>
          <w:p w14:paraId="01DC60D6" w14:textId="77777777" w:rsidR="004B5493" w:rsidRPr="003A77A0" w:rsidRDefault="00000000" w:rsidP="003A77A0">
            <w:pPr>
              <w:contextualSpacing/>
              <w:rPr>
                <w:sz w:val="24"/>
                <w:szCs w:val="24"/>
              </w:rPr>
            </w:pPr>
            <w:r w:rsidRPr="003A77A0">
              <w:rPr>
                <w:b/>
                <w:sz w:val="24"/>
                <w:szCs w:val="24"/>
              </w:rPr>
              <w:t>Isotope pair</w:t>
            </w:r>
          </w:p>
        </w:tc>
        <w:tc>
          <w:tcPr>
            <w:tcW w:w="2102" w:type="dxa"/>
            <w:gridSpan w:val="2"/>
          </w:tcPr>
          <w:p w14:paraId="7E7B9C99" w14:textId="77777777" w:rsidR="004B5493" w:rsidRPr="003A77A0" w:rsidRDefault="00000000" w:rsidP="003A77A0">
            <w:pPr>
              <w:contextualSpacing/>
              <w:rPr>
                <w:sz w:val="24"/>
                <w:szCs w:val="24"/>
              </w:rPr>
            </w:pPr>
            <w:r w:rsidRPr="003A77A0">
              <w:rPr>
                <w:b/>
                <w:sz w:val="24"/>
                <w:szCs w:val="24"/>
              </w:rPr>
              <w:t>Isotope notation</w:t>
            </w:r>
          </w:p>
        </w:tc>
        <w:tc>
          <w:tcPr>
            <w:tcW w:w="2102" w:type="dxa"/>
            <w:gridSpan w:val="2"/>
          </w:tcPr>
          <w:p w14:paraId="673395E3" w14:textId="77777777" w:rsidR="004B5493" w:rsidRPr="003A77A0" w:rsidRDefault="00000000" w:rsidP="003A77A0">
            <w:pPr>
              <w:contextualSpacing/>
              <w:rPr>
                <w:sz w:val="24"/>
                <w:szCs w:val="24"/>
              </w:rPr>
            </w:pPr>
            <w:r w:rsidRPr="003A77A0">
              <w:rPr>
                <w:b/>
                <w:sz w:val="24"/>
                <w:szCs w:val="24"/>
              </w:rPr>
              <w:t>Same atomic #? (Y/N)</w:t>
            </w:r>
          </w:p>
        </w:tc>
        <w:tc>
          <w:tcPr>
            <w:tcW w:w="2102" w:type="dxa"/>
            <w:gridSpan w:val="2"/>
          </w:tcPr>
          <w:p w14:paraId="410A236B" w14:textId="77777777" w:rsidR="004B5493" w:rsidRPr="003A77A0" w:rsidRDefault="00000000" w:rsidP="003A77A0">
            <w:pPr>
              <w:contextualSpacing/>
              <w:rPr>
                <w:sz w:val="24"/>
                <w:szCs w:val="24"/>
              </w:rPr>
            </w:pPr>
            <w:r w:rsidRPr="003A77A0">
              <w:rPr>
                <w:b/>
                <w:sz w:val="24"/>
                <w:szCs w:val="24"/>
              </w:rPr>
              <w:t>Same mass #? (Y/N)</w:t>
            </w:r>
          </w:p>
        </w:tc>
        <w:tc>
          <w:tcPr>
            <w:tcW w:w="2102" w:type="dxa"/>
          </w:tcPr>
          <w:p w14:paraId="3CFDA6AC" w14:textId="77777777" w:rsidR="004B5493" w:rsidRPr="003A77A0" w:rsidRDefault="00000000" w:rsidP="003A77A0">
            <w:pPr>
              <w:contextualSpacing/>
              <w:rPr>
                <w:sz w:val="24"/>
                <w:szCs w:val="24"/>
              </w:rPr>
            </w:pPr>
            <w:r w:rsidRPr="003A77A0">
              <w:rPr>
                <w:b/>
                <w:sz w:val="24"/>
                <w:szCs w:val="24"/>
              </w:rPr>
              <w:t>What differs?  Why same element?</w:t>
            </w:r>
          </w:p>
        </w:tc>
      </w:tr>
      <w:tr w:rsidR="004B5493" w:rsidRPr="003A77A0" w14:paraId="57C4CF08" w14:textId="77777777">
        <w:tc>
          <w:tcPr>
            <w:tcW w:w="2102" w:type="dxa"/>
          </w:tcPr>
          <w:p w14:paraId="35CD29DC" w14:textId="77777777" w:rsidR="004B5493" w:rsidRPr="003A77A0" w:rsidRDefault="00000000" w:rsidP="003A77A0">
            <w:pPr>
              <w:contextualSpacing/>
              <w:rPr>
                <w:sz w:val="24"/>
                <w:szCs w:val="24"/>
              </w:rPr>
            </w:pPr>
            <w:r w:rsidRPr="003A77A0">
              <w:rPr>
                <w:sz w:val="24"/>
                <w:szCs w:val="24"/>
              </w:rPr>
              <w:t>Carbon-12 and Carbon-14</w:t>
            </w:r>
          </w:p>
        </w:tc>
        <w:tc>
          <w:tcPr>
            <w:tcW w:w="2102" w:type="dxa"/>
            <w:gridSpan w:val="2"/>
          </w:tcPr>
          <w:p w14:paraId="1ACB9F3C" w14:textId="77777777" w:rsidR="004B5493" w:rsidRPr="003A77A0" w:rsidRDefault="004B5493" w:rsidP="003A77A0">
            <w:pPr>
              <w:contextualSpacing/>
              <w:rPr>
                <w:sz w:val="24"/>
                <w:szCs w:val="24"/>
              </w:rPr>
            </w:pPr>
          </w:p>
        </w:tc>
        <w:tc>
          <w:tcPr>
            <w:tcW w:w="2102" w:type="dxa"/>
            <w:gridSpan w:val="2"/>
          </w:tcPr>
          <w:p w14:paraId="10A89120" w14:textId="77777777" w:rsidR="004B5493" w:rsidRPr="003A77A0" w:rsidRDefault="004B5493" w:rsidP="003A77A0">
            <w:pPr>
              <w:contextualSpacing/>
              <w:rPr>
                <w:sz w:val="24"/>
                <w:szCs w:val="24"/>
              </w:rPr>
            </w:pPr>
          </w:p>
        </w:tc>
        <w:tc>
          <w:tcPr>
            <w:tcW w:w="2102" w:type="dxa"/>
            <w:gridSpan w:val="2"/>
          </w:tcPr>
          <w:p w14:paraId="2DD42150" w14:textId="77777777" w:rsidR="004B5493" w:rsidRPr="003A77A0" w:rsidRDefault="004B5493" w:rsidP="003A77A0">
            <w:pPr>
              <w:contextualSpacing/>
              <w:rPr>
                <w:sz w:val="24"/>
                <w:szCs w:val="24"/>
              </w:rPr>
            </w:pPr>
          </w:p>
        </w:tc>
        <w:tc>
          <w:tcPr>
            <w:tcW w:w="2102" w:type="dxa"/>
          </w:tcPr>
          <w:p w14:paraId="3E0EC5BE" w14:textId="77777777" w:rsidR="004B5493" w:rsidRPr="003A77A0" w:rsidRDefault="004B5493" w:rsidP="003A77A0">
            <w:pPr>
              <w:contextualSpacing/>
              <w:rPr>
                <w:sz w:val="24"/>
                <w:szCs w:val="24"/>
              </w:rPr>
            </w:pPr>
          </w:p>
        </w:tc>
      </w:tr>
      <w:tr w:rsidR="004B5493" w:rsidRPr="003A77A0" w14:paraId="0C7C0DD6" w14:textId="77777777">
        <w:tc>
          <w:tcPr>
            <w:tcW w:w="2102" w:type="dxa"/>
          </w:tcPr>
          <w:p w14:paraId="34474AE9" w14:textId="77777777" w:rsidR="004B5493" w:rsidRPr="003A77A0" w:rsidRDefault="00000000" w:rsidP="003A77A0">
            <w:pPr>
              <w:contextualSpacing/>
              <w:rPr>
                <w:sz w:val="24"/>
                <w:szCs w:val="24"/>
              </w:rPr>
            </w:pPr>
            <w:r w:rsidRPr="003A77A0">
              <w:rPr>
                <w:sz w:val="24"/>
                <w:szCs w:val="24"/>
              </w:rPr>
              <w:t>Chlorine-35 and Chlorine-37</w:t>
            </w:r>
          </w:p>
        </w:tc>
        <w:tc>
          <w:tcPr>
            <w:tcW w:w="2102" w:type="dxa"/>
            <w:gridSpan w:val="2"/>
          </w:tcPr>
          <w:p w14:paraId="2E11A0CA" w14:textId="77777777" w:rsidR="004B5493" w:rsidRPr="003A77A0" w:rsidRDefault="004B5493" w:rsidP="003A77A0">
            <w:pPr>
              <w:contextualSpacing/>
              <w:rPr>
                <w:sz w:val="24"/>
                <w:szCs w:val="24"/>
              </w:rPr>
            </w:pPr>
          </w:p>
        </w:tc>
        <w:tc>
          <w:tcPr>
            <w:tcW w:w="2102" w:type="dxa"/>
            <w:gridSpan w:val="2"/>
          </w:tcPr>
          <w:p w14:paraId="75523E8B" w14:textId="77777777" w:rsidR="004B5493" w:rsidRPr="003A77A0" w:rsidRDefault="004B5493" w:rsidP="003A77A0">
            <w:pPr>
              <w:contextualSpacing/>
              <w:rPr>
                <w:sz w:val="24"/>
                <w:szCs w:val="24"/>
              </w:rPr>
            </w:pPr>
          </w:p>
        </w:tc>
        <w:tc>
          <w:tcPr>
            <w:tcW w:w="2102" w:type="dxa"/>
            <w:gridSpan w:val="2"/>
          </w:tcPr>
          <w:p w14:paraId="6F36608A" w14:textId="77777777" w:rsidR="004B5493" w:rsidRPr="003A77A0" w:rsidRDefault="004B5493" w:rsidP="003A77A0">
            <w:pPr>
              <w:contextualSpacing/>
              <w:rPr>
                <w:sz w:val="24"/>
                <w:szCs w:val="24"/>
              </w:rPr>
            </w:pPr>
          </w:p>
        </w:tc>
        <w:tc>
          <w:tcPr>
            <w:tcW w:w="2102" w:type="dxa"/>
          </w:tcPr>
          <w:p w14:paraId="14228CB1" w14:textId="77777777" w:rsidR="004B5493" w:rsidRPr="003A77A0" w:rsidRDefault="004B5493" w:rsidP="003A77A0">
            <w:pPr>
              <w:contextualSpacing/>
              <w:rPr>
                <w:sz w:val="24"/>
                <w:szCs w:val="24"/>
              </w:rPr>
            </w:pPr>
          </w:p>
        </w:tc>
      </w:tr>
      <w:tr w:rsidR="004B5493" w:rsidRPr="003A77A0" w14:paraId="2371282E" w14:textId="77777777">
        <w:tc>
          <w:tcPr>
            <w:tcW w:w="2102" w:type="dxa"/>
          </w:tcPr>
          <w:p w14:paraId="0E2B92AD" w14:textId="77777777" w:rsidR="004B5493" w:rsidRPr="003A77A0" w:rsidRDefault="00000000" w:rsidP="003A77A0">
            <w:pPr>
              <w:contextualSpacing/>
              <w:rPr>
                <w:sz w:val="24"/>
                <w:szCs w:val="24"/>
              </w:rPr>
            </w:pPr>
            <w:r w:rsidRPr="003A77A0">
              <w:rPr>
                <w:sz w:val="24"/>
                <w:szCs w:val="24"/>
              </w:rPr>
              <w:t>Uranium-234 and Uranium-238</w:t>
            </w:r>
          </w:p>
        </w:tc>
        <w:tc>
          <w:tcPr>
            <w:tcW w:w="2102" w:type="dxa"/>
            <w:gridSpan w:val="2"/>
          </w:tcPr>
          <w:p w14:paraId="38A6B8B6" w14:textId="77777777" w:rsidR="004B5493" w:rsidRPr="003A77A0" w:rsidRDefault="004B5493" w:rsidP="003A77A0">
            <w:pPr>
              <w:contextualSpacing/>
              <w:rPr>
                <w:sz w:val="24"/>
                <w:szCs w:val="24"/>
              </w:rPr>
            </w:pPr>
          </w:p>
        </w:tc>
        <w:tc>
          <w:tcPr>
            <w:tcW w:w="2102" w:type="dxa"/>
            <w:gridSpan w:val="2"/>
          </w:tcPr>
          <w:p w14:paraId="6F08EAFE" w14:textId="77777777" w:rsidR="004B5493" w:rsidRPr="003A77A0" w:rsidRDefault="004B5493" w:rsidP="003A77A0">
            <w:pPr>
              <w:contextualSpacing/>
              <w:rPr>
                <w:sz w:val="24"/>
                <w:szCs w:val="24"/>
              </w:rPr>
            </w:pPr>
          </w:p>
        </w:tc>
        <w:tc>
          <w:tcPr>
            <w:tcW w:w="2102" w:type="dxa"/>
            <w:gridSpan w:val="2"/>
          </w:tcPr>
          <w:p w14:paraId="442BFA0D" w14:textId="77777777" w:rsidR="004B5493" w:rsidRPr="003A77A0" w:rsidRDefault="004B5493" w:rsidP="003A77A0">
            <w:pPr>
              <w:contextualSpacing/>
              <w:rPr>
                <w:sz w:val="24"/>
                <w:szCs w:val="24"/>
              </w:rPr>
            </w:pPr>
          </w:p>
        </w:tc>
        <w:tc>
          <w:tcPr>
            <w:tcW w:w="2102" w:type="dxa"/>
          </w:tcPr>
          <w:p w14:paraId="66248E3A" w14:textId="77777777" w:rsidR="004B5493" w:rsidRPr="003A77A0" w:rsidRDefault="004B5493" w:rsidP="003A77A0">
            <w:pPr>
              <w:contextualSpacing/>
              <w:rPr>
                <w:sz w:val="24"/>
                <w:szCs w:val="24"/>
              </w:rPr>
            </w:pPr>
          </w:p>
        </w:tc>
      </w:tr>
      <w:tr w:rsidR="004B5493" w:rsidRPr="003A77A0" w14:paraId="375FE2A3" w14:textId="77777777">
        <w:tc>
          <w:tcPr>
            <w:tcW w:w="2628" w:type="dxa"/>
            <w:gridSpan w:val="2"/>
          </w:tcPr>
          <w:p w14:paraId="471F2FC6" w14:textId="77777777" w:rsidR="004B5493" w:rsidRPr="003A77A0" w:rsidRDefault="00000000" w:rsidP="003A77A0">
            <w:pPr>
              <w:contextualSpacing/>
              <w:rPr>
                <w:sz w:val="24"/>
                <w:szCs w:val="24"/>
              </w:rPr>
            </w:pPr>
            <w:r w:rsidRPr="003A77A0">
              <w:rPr>
                <w:b/>
                <w:sz w:val="24"/>
                <w:szCs w:val="24"/>
              </w:rPr>
              <w:t>Isotope</w:t>
            </w:r>
          </w:p>
        </w:tc>
        <w:tc>
          <w:tcPr>
            <w:tcW w:w="2628" w:type="dxa"/>
            <w:gridSpan w:val="2"/>
          </w:tcPr>
          <w:p w14:paraId="12788836" w14:textId="77777777" w:rsidR="004B5493" w:rsidRPr="003A77A0" w:rsidRDefault="00000000" w:rsidP="003A77A0">
            <w:pPr>
              <w:contextualSpacing/>
              <w:rPr>
                <w:sz w:val="24"/>
                <w:szCs w:val="24"/>
              </w:rPr>
            </w:pPr>
            <w:r w:rsidRPr="003A77A0">
              <w:rPr>
                <w:b/>
                <w:sz w:val="24"/>
                <w:szCs w:val="24"/>
              </w:rPr>
              <w:t>Mass (amu)</w:t>
            </w:r>
          </w:p>
        </w:tc>
        <w:tc>
          <w:tcPr>
            <w:tcW w:w="2628" w:type="dxa"/>
            <w:gridSpan w:val="2"/>
          </w:tcPr>
          <w:p w14:paraId="350E4BD2" w14:textId="77777777" w:rsidR="004B5493" w:rsidRPr="003A77A0" w:rsidRDefault="00000000" w:rsidP="003A77A0">
            <w:pPr>
              <w:contextualSpacing/>
              <w:rPr>
                <w:sz w:val="24"/>
                <w:szCs w:val="24"/>
              </w:rPr>
            </w:pPr>
            <w:r w:rsidRPr="003A77A0">
              <w:rPr>
                <w:b/>
                <w:sz w:val="24"/>
                <w:szCs w:val="24"/>
              </w:rPr>
              <w:t>Natural abundance (%)</w:t>
            </w:r>
          </w:p>
        </w:tc>
        <w:tc>
          <w:tcPr>
            <w:tcW w:w="2628" w:type="dxa"/>
            <w:gridSpan w:val="2"/>
          </w:tcPr>
          <w:p w14:paraId="007F86B8" w14:textId="77777777" w:rsidR="004B5493" w:rsidRPr="003A77A0" w:rsidRDefault="00000000" w:rsidP="003A77A0">
            <w:pPr>
              <w:contextualSpacing/>
              <w:rPr>
                <w:sz w:val="24"/>
                <w:szCs w:val="24"/>
              </w:rPr>
            </w:pPr>
            <w:r w:rsidRPr="003A77A0">
              <w:rPr>
                <w:b/>
                <w:sz w:val="24"/>
                <w:szCs w:val="24"/>
              </w:rPr>
              <w:t>Contribution (amu)</w:t>
            </w:r>
          </w:p>
        </w:tc>
      </w:tr>
      <w:tr w:rsidR="004B5493" w:rsidRPr="003A77A0" w14:paraId="113C71CE" w14:textId="77777777">
        <w:tc>
          <w:tcPr>
            <w:tcW w:w="2628" w:type="dxa"/>
            <w:gridSpan w:val="2"/>
          </w:tcPr>
          <w:p w14:paraId="74865DFB" w14:textId="77777777" w:rsidR="004B5493" w:rsidRPr="003A77A0" w:rsidRDefault="00000000" w:rsidP="003A77A0">
            <w:pPr>
              <w:contextualSpacing/>
              <w:rPr>
                <w:sz w:val="24"/>
                <w:szCs w:val="24"/>
              </w:rPr>
            </w:pPr>
            <w:r w:rsidRPr="003A77A0">
              <w:rPr>
                <w:sz w:val="24"/>
                <w:szCs w:val="24"/>
              </w:rPr>
              <w:t>Cl-35</w:t>
            </w:r>
          </w:p>
        </w:tc>
        <w:tc>
          <w:tcPr>
            <w:tcW w:w="2628" w:type="dxa"/>
            <w:gridSpan w:val="2"/>
          </w:tcPr>
          <w:p w14:paraId="61D05886" w14:textId="77777777" w:rsidR="004B5493" w:rsidRPr="003A77A0" w:rsidRDefault="00000000" w:rsidP="003A77A0">
            <w:pPr>
              <w:contextualSpacing/>
              <w:rPr>
                <w:sz w:val="24"/>
                <w:szCs w:val="24"/>
              </w:rPr>
            </w:pPr>
            <w:r w:rsidRPr="003A77A0">
              <w:rPr>
                <w:sz w:val="24"/>
                <w:szCs w:val="24"/>
              </w:rPr>
              <w:t>34.969</w:t>
            </w:r>
          </w:p>
        </w:tc>
        <w:tc>
          <w:tcPr>
            <w:tcW w:w="2628" w:type="dxa"/>
            <w:gridSpan w:val="2"/>
          </w:tcPr>
          <w:p w14:paraId="10E0EDB7" w14:textId="77777777" w:rsidR="004B5493" w:rsidRPr="003A77A0" w:rsidRDefault="00000000" w:rsidP="003A77A0">
            <w:pPr>
              <w:contextualSpacing/>
              <w:rPr>
                <w:sz w:val="24"/>
                <w:szCs w:val="24"/>
              </w:rPr>
            </w:pPr>
            <w:r w:rsidRPr="003A77A0">
              <w:rPr>
                <w:sz w:val="24"/>
                <w:szCs w:val="24"/>
              </w:rPr>
              <w:t>75.76</w:t>
            </w:r>
          </w:p>
        </w:tc>
        <w:tc>
          <w:tcPr>
            <w:tcW w:w="2628" w:type="dxa"/>
            <w:gridSpan w:val="2"/>
          </w:tcPr>
          <w:p w14:paraId="200C4193" w14:textId="77777777" w:rsidR="004B5493" w:rsidRPr="003A77A0" w:rsidRDefault="004B5493" w:rsidP="003A77A0">
            <w:pPr>
              <w:contextualSpacing/>
              <w:rPr>
                <w:sz w:val="24"/>
                <w:szCs w:val="24"/>
              </w:rPr>
            </w:pPr>
          </w:p>
        </w:tc>
      </w:tr>
      <w:tr w:rsidR="004B5493" w:rsidRPr="003A77A0" w14:paraId="58ECB9AD" w14:textId="77777777">
        <w:tc>
          <w:tcPr>
            <w:tcW w:w="2628" w:type="dxa"/>
            <w:gridSpan w:val="2"/>
          </w:tcPr>
          <w:p w14:paraId="56E6B7AA" w14:textId="77777777" w:rsidR="004B5493" w:rsidRPr="003A77A0" w:rsidRDefault="00000000" w:rsidP="003A77A0">
            <w:pPr>
              <w:contextualSpacing/>
              <w:rPr>
                <w:sz w:val="24"/>
                <w:szCs w:val="24"/>
              </w:rPr>
            </w:pPr>
            <w:r w:rsidRPr="003A77A0">
              <w:rPr>
                <w:sz w:val="24"/>
                <w:szCs w:val="24"/>
              </w:rPr>
              <w:t>Cl-37</w:t>
            </w:r>
          </w:p>
        </w:tc>
        <w:tc>
          <w:tcPr>
            <w:tcW w:w="2628" w:type="dxa"/>
            <w:gridSpan w:val="2"/>
          </w:tcPr>
          <w:p w14:paraId="6C20C7B3" w14:textId="77777777" w:rsidR="004B5493" w:rsidRPr="003A77A0" w:rsidRDefault="00000000" w:rsidP="003A77A0">
            <w:pPr>
              <w:contextualSpacing/>
              <w:rPr>
                <w:sz w:val="24"/>
                <w:szCs w:val="24"/>
              </w:rPr>
            </w:pPr>
            <w:r w:rsidRPr="003A77A0">
              <w:rPr>
                <w:sz w:val="24"/>
                <w:szCs w:val="24"/>
              </w:rPr>
              <w:t>36.966</w:t>
            </w:r>
          </w:p>
        </w:tc>
        <w:tc>
          <w:tcPr>
            <w:tcW w:w="2628" w:type="dxa"/>
            <w:gridSpan w:val="2"/>
          </w:tcPr>
          <w:p w14:paraId="409A2127" w14:textId="77777777" w:rsidR="004B5493" w:rsidRPr="003A77A0" w:rsidRDefault="00000000" w:rsidP="003A77A0">
            <w:pPr>
              <w:contextualSpacing/>
              <w:rPr>
                <w:sz w:val="24"/>
                <w:szCs w:val="24"/>
              </w:rPr>
            </w:pPr>
            <w:r w:rsidRPr="003A77A0">
              <w:rPr>
                <w:sz w:val="24"/>
                <w:szCs w:val="24"/>
              </w:rPr>
              <w:t>24.24</w:t>
            </w:r>
          </w:p>
        </w:tc>
        <w:tc>
          <w:tcPr>
            <w:tcW w:w="2628" w:type="dxa"/>
            <w:gridSpan w:val="2"/>
          </w:tcPr>
          <w:p w14:paraId="73F6AA35" w14:textId="77777777" w:rsidR="004B5493" w:rsidRPr="003A77A0" w:rsidRDefault="004B5493" w:rsidP="003A77A0">
            <w:pPr>
              <w:contextualSpacing/>
              <w:rPr>
                <w:sz w:val="24"/>
                <w:szCs w:val="24"/>
              </w:rPr>
            </w:pPr>
          </w:p>
        </w:tc>
      </w:tr>
    </w:tbl>
    <w:p w14:paraId="57197732" w14:textId="77777777" w:rsidR="003A77A0" w:rsidRDefault="003A77A0" w:rsidP="003A77A0">
      <w:pPr>
        <w:spacing w:line="240" w:lineRule="auto"/>
        <w:contextualSpacing/>
        <w:rPr>
          <w:b/>
          <w:sz w:val="24"/>
          <w:szCs w:val="24"/>
        </w:rPr>
      </w:pPr>
    </w:p>
    <w:p w14:paraId="0C9BF698" w14:textId="6BB342E0" w:rsidR="004B5493" w:rsidRPr="003A77A0" w:rsidRDefault="00000000" w:rsidP="003A77A0">
      <w:pPr>
        <w:spacing w:line="240" w:lineRule="auto"/>
        <w:contextualSpacing/>
        <w:rPr>
          <w:sz w:val="24"/>
          <w:szCs w:val="24"/>
        </w:rPr>
      </w:pPr>
      <w:r w:rsidRPr="003A77A0">
        <w:rPr>
          <w:b/>
          <w:sz w:val="24"/>
          <w:szCs w:val="24"/>
        </w:rPr>
        <w:t xml:space="preserve">Average atomic mass of chlorine:   </w:t>
      </w:r>
    </w:p>
    <w:p w14:paraId="0405C06A" w14:textId="77777777" w:rsidR="003A77A0" w:rsidRDefault="003A77A0" w:rsidP="003A77A0">
      <w:pPr>
        <w:spacing w:line="240" w:lineRule="auto"/>
        <w:contextualSpacing/>
        <w:rPr>
          <w:b/>
          <w:sz w:val="24"/>
          <w:szCs w:val="24"/>
        </w:rPr>
      </w:pPr>
    </w:p>
    <w:p w14:paraId="564FE967" w14:textId="43A74B6F" w:rsidR="004B5493" w:rsidRPr="003A77A0" w:rsidRDefault="00000000" w:rsidP="003A77A0">
      <w:pPr>
        <w:spacing w:line="240" w:lineRule="auto"/>
        <w:contextualSpacing/>
        <w:rPr>
          <w:sz w:val="28"/>
          <w:szCs w:val="28"/>
        </w:rPr>
      </w:pPr>
      <w:r w:rsidRPr="003A77A0">
        <w:rPr>
          <w:b/>
          <w:sz w:val="28"/>
          <w:szCs w:val="28"/>
        </w:rPr>
        <w:t>Part 3 - State of the Evidence: How Was It Left at the Scene?   (Target SC.</w:t>
      </w:r>
      <w:proofErr w:type="gramStart"/>
      <w:r w:rsidRPr="003A77A0">
        <w:rPr>
          <w:b/>
          <w:sz w:val="28"/>
          <w:szCs w:val="28"/>
        </w:rPr>
        <w:t>912.P.</w:t>
      </w:r>
      <w:proofErr w:type="gramEnd"/>
      <w:r w:rsidRPr="003A77A0">
        <w:rPr>
          <w:b/>
          <w:sz w:val="28"/>
          <w:szCs w:val="28"/>
        </w:rPr>
        <w:t>10.5 T2)</w:t>
      </w:r>
    </w:p>
    <w:p w14:paraId="52B9F97F" w14:textId="77777777" w:rsidR="004B5493" w:rsidRDefault="00000000" w:rsidP="003A77A0">
      <w:pPr>
        <w:spacing w:line="240" w:lineRule="auto"/>
        <w:contextualSpacing/>
        <w:rPr>
          <w:sz w:val="24"/>
          <w:szCs w:val="24"/>
        </w:rPr>
      </w:pPr>
      <w:r w:rsidRPr="003A77A0">
        <w:rPr>
          <w:sz w:val="24"/>
          <w:szCs w:val="24"/>
        </w:rPr>
        <w:t>The scene photos record each residue's physical state - a solid granule, a liquid splatter, or a faint vapor haze. Before that detail can help the case, you must understand WHY matter exists in those states. Open the 'States of Matter: Basics' simulation, choose neon or water, and heat and cool it while watching the particles. From what you OBSERVE (plus Lesson 4 for plasma), complete the states table, then explain each phase change with KMT - for every change, name which factor wins: particle motion or the forces of attraction.</w:t>
      </w:r>
    </w:p>
    <w:p w14:paraId="718DC5AF" w14:textId="77777777" w:rsidR="003A77A0" w:rsidRPr="003A77A0" w:rsidRDefault="003A77A0" w:rsidP="003A77A0">
      <w:pPr>
        <w:spacing w:line="240" w:lineRule="auto"/>
        <w:contextualSpacing/>
        <w:rPr>
          <w:sz w:val="24"/>
          <w:szCs w:val="24"/>
        </w:rPr>
      </w:pPr>
    </w:p>
    <w:tbl>
      <w:tblPr>
        <w:tblStyle w:val="TableGrid"/>
        <w:tblW w:w="11340" w:type="dxa"/>
        <w:tblInd w:w="-342" w:type="dxa"/>
        <w:tblLook w:val="04A0" w:firstRow="1" w:lastRow="0" w:firstColumn="1" w:lastColumn="0" w:noHBand="0" w:noVBand="1"/>
      </w:tblPr>
      <w:tblGrid>
        <w:gridCol w:w="2070"/>
        <w:gridCol w:w="24"/>
        <w:gridCol w:w="1752"/>
        <w:gridCol w:w="1554"/>
        <w:gridCol w:w="1950"/>
        <w:gridCol w:w="300"/>
        <w:gridCol w:w="1452"/>
        <w:gridCol w:w="2238"/>
      </w:tblGrid>
      <w:tr w:rsidR="004B5493" w:rsidRPr="003A77A0" w14:paraId="31E66949" w14:textId="77777777" w:rsidTr="003A77A0">
        <w:tc>
          <w:tcPr>
            <w:tcW w:w="2094" w:type="dxa"/>
            <w:gridSpan w:val="2"/>
          </w:tcPr>
          <w:p w14:paraId="43A55840" w14:textId="77777777" w:rsidR="004B5493" w:rsidRPr="003A77A0" w:rsidRDefault="00000000" w:rsidP="003A77A0">
            <w:pPr>
              <w:contextualSpacing/>
              <w:rPr>
                <w:sz w:val="24"/>
                <w:szCs w:val="24"/>
              </w:rPr>
            </w:pPr>
            <w:r w:rsidRPr="003A77A0">
              <w:rPr>
                <w:b/>
                <w:sz w:val="24"/>
                <w:szCs w:val="24"/>
              </w:rPr>
              <w:t>State</w:t>
            </w:r>
          </w:p>
        </w:tc>
        <w:tc>
          <w:tcPr>
            <w:tcW w:w="1752" w:type="dxa"/>
          </w:tcPr>
          <w:p w14:paraId="3937644B" w14:textId="77777777" w:rsidR="004B5493" w:rsidRPr="003A77A0" w:rsidRDefault="00000000" w:rsidP="003A77A0">
            <w:pPr>
              <w:contextualSpacing/>
              <w:rPr>
                <w:sz w:val="24"/>
                <w:szCs w:val="24"/>
              </w:rPr>
            </w:pPr>
            <w:r w:rsidRPr="003A77A0">
              <w:rPr>
                <w:b/>
                <w:sz w:val="24"/>
                <w:szCs w:val="24"/>
              </w:rPr>
              <w:t>Definite shape?</w:t>
            </w:r>
          </w:p>
        </w:tc>
        <w:tc>
          <w:tcPr>
            <w:tcW w:w="1554" w:type="dxa"/>
          </w:tcPr>
          <w:p w14:paraId="1D0F714E" w14:textId="77777777" w:rsidR="004B5493" w:rsidRPr="003A77A0" w:rsidRDefault="00000000" w:rsidP="003A77A0">
            <w:pPr>
              <w:contextualSpacing/>
              <w:rPr>
                <w:sz w:val="24"/>
                <w:szCs w:val="24"/>
              </w:rPr>
            </w:pPr>
            <w:r w:rsidRPr="003A77A0">
              <w:rPr>
                <w:b/>
                <w:sz w:val="24"/>
                <w:szCs w:val="24"/>
              </w:rPr>
              <w:t>Definite volume?</w:t>
            </w:r>
          </w:p>
        </w:tc>
        <w:tc>
          <w:tcPr>
            <w:tcW w:w="1950" w:type="dxa"/>
          </w:tcPr>
          <w:p w14:paraId="747A91ED" w14:textId="77777777" w:rsidR="004B5493" w:rsidRPr="003A77A0" w:rsidRDefault="00000000" w:rsidP="003A77A0">
            <w:pPr>
              <w:contextualSpacing/>
              <w:rPr>
                <w:sz w:val="24"/>
                <w:szCs w:val="24"/>
              </w:rPr>
            </w:pPr>
            <w:r w:rsidRPr="003A77A0">
              <w:rPr>
                <w:b/>
                <w:sz w:val="24"/>
                <w:szCs w:val="24"/>
              </w:rPr>
              <w:t>Particle spacing</w:t>
            </w:r>
          </w:p>
        </w:tc>
        <w:tc>
          <w:tcPr>
            <w:tcW w:w="1752" w:type="dxa"/>
            <w:gridSpan w:val="2"/>
          </w:tcPr>
          <w:p w14:paraId="1D3D3413" w14:textId="77777777" w:rsidR="004B5493" w:rsidRPr="003A77A0" w:rsidRDefault="00000000" w:rsidP="003A77A0">
            <w:pPr>
              <w:contextualSpacing/>
              <w:rPr>
                <w:sz w:val="24"/>
                <w:szCs w:val="24"/>
              </w:rPr>
            </w:pPr>
            <w:r w:rsidRPr="003A77A0">
              <w:rPr>
                <w:b/>
                <w:sz w:val="24"/>
                <w:szCs w:val="24"/>
              </w:rPr>
              <w:t>Particle motion</w:t>
            </w:r>
          </w:p>
        </w:tc>
        <w:tc>
          <w:tcPr>
            <w:tcW w:w="2238" w:type="dxa"/>
          </w:tcPr>
          <w:p w14:paraId="500383DC" w14:textId="77777777" w:rsidR="004B5493" w:rsidRPr="003A77A0" w:rsidRDefault="00000000" w:rsidP="003A77A0">
            <w:pPr>
              <w:contextualSpacing/>
              <w:rPr>
                <w:sz w:val="24"/>
                <w:szCs w:val="24"/>
              </w:rPr>
            </w:pPr>
            <w:r w:rsidRPr="003A77A0">
              <w:rPr>
                <w:b/>
                <w:sz w:val="24"/>
                <w:szCs w:val="24"/>
              </w:rPr>
              <w:t>Forces of attraction</w:t>
            </w:r>
          </w:p>
        </w:tc>
      </w:tr>
      <w:tr w:rsidR="004B5493" w:rsidRPr="003A77A0" w14:paraId="3618C3F1" w14:textId="77777777" w:rsidTr="003A77A0">
        <w:tc>
          <w:tcPr>
            <w:tcW w:w="2094" w:type="dxa"/>
            <w:gridSpan w:val="2"/>
          </w:tcPr>
          <w:p w14:paraId="6F61F19B" w14:textId="77777777" w:rsidR="004B5493" w:rsidRPr="003A77A0" w:rsidRDefault="00000000" w:rsidP="003A77A0">
            <w:pPr>
              <w:contextualSpacing/>
              <w:rPr>
                <w:sz w:val="24"/>
                <w:szCs w:val="24"/>
              </w:rPr>
            </w:pPr>
            <w:r w:rsidRPr="003A77A0">
              <w:rPr>
                <w:sz w:val="24"/>
                <w:szCs w:val="24"/>
              </w:rPr>
              <w:t>Solid</w:t>
            </w:r>
          </w:p>
        </w:tc>
        <w:tc>
          <w:tcPr>
            <w:tcW w:w="1752" w:type="dxa"/>
          </w:tcPr>
          <w:p w14:paraId="1B7EAA37" w14:textId="77777777" w:rsidR="004B5493" w:rsidRPr="003A77A0" w:rsidRDefault="004B5493" w:rsidP="003A77A0">
            <w:pPr>
              <w:contextualSpacing/>
              <w:rPr>
                <w:sz w:val="24"/>
                <w:szCs w:val="24"/>
              </w:rPr>
            </w:pPr>
          </w:p>
        </w:tc>
        <w:tc>
          <w:tcPr>
            <w:tcW w:w="1554" w:type="dxa"/>
          </w:tcPr>
          <w:p w14:paraId="6554D0D3" w14:textId="77777777" w:rsidR="004B5493" w:rsidRPr="003A77A0" w:rsidRDefault="004B5493" w:rsidP="003A77A0">
            <w:pPr>
              <w:contextualSpacing/>
              <w:rPr>
                <w:sz w:val="24"/>
                <w:szCs w:val="24"/>
              </w:rPr>
            </w:pPr>
          </w:p>
        </w:tc>
        <w:tc>
          <w:tcPr>
            <w:tcW w:w="1950" w:type="dxa"/>
          </w:tcPr>
          <w:p w14:paraId="01DC2E7C" w14:textId="77777777" w:rsidR="004B5493" w:rsidRPr="003A77A0" w:rsidRDefault="004B5493" w:rsidP="003A77A0">
            <w:pPr>
              <w:contextualSpacing/>
              <w:rPr>
                <w:sz w:val="24"/>
                <w:szCs w:val="24"/>
              </w:rPr>
            </w:pPr>
          </w:p>
        </w:tc>
        <w:tc>
          <w:tcPr>
            <w:tcW w:w="1752" w:type="dxa"/>
            <w:gridSpan w:val="2"/>
          </w:tcPr>
          <w:p w14:paraId="76EFF9E0" w14:textId="77777777" w:rsidR="004B5493" w:rsidRPr="003A77A0" w:rsidRDefault="004B5493" w:rsidP="003A77A0">
            <w:pPr>
              <w:contextualSpacing/>
              <w:rPr>
                <w:sz w:val="24"/>
                <w:szCs w:val="24"/>
              </w:rPr>
            </w:pPr>
          </w:p>
        </w:tc>
        <w:tc>
          <w:tcPr>
            <w:tcW w:w="2238" w:type="dxa"/>
          </w:tcPr>
          <w:p w14:paraId="6F51F45F" w14:textId="77777777" w:rsidR="004B5493" w:rsidRPr="003A77A0" w:rsidRDefault="004B5493" w:rsidP="003A77A0">
            <w:pPr>
              <w:contextualSpacing/>
              <w:rPr>
                <w:sz w:val="24"/>
                <w:szCs w:val="24"/>
              </w:rPr>
            </w:pPr>
          </w:p>
        </w:tc>
      </w:tr>
      <w:tr w:rsidR="004B5493" w:rsidRPr="003A77A0" w14:paraId="15F831C9" w14:textId="77777777" w:rsidTr="003A77A0">
        <w:tc>
          <w:tcPr>
            <w:tcW w:w="2094" w:type="dxa"/>
            <w:gridSpan w:val="2"/>
          </w:tcPr>
          <w:p w14:paraId="6F21CFE3" w14:textId="77777777" w:rsidR="004B5493" w:rsidRPr="003A77A0" w:rsidRDefault="00000000" w:rsidP="003A77A0">
            <w:pPr>
              <w:contextualSpacing/>
              <w:rPr>
                <w:sz w:val="24"/>
                <w:szCs w:val="24"/>
              </w:rPr>
            </w:pPr>
            <w:r w:rsidRPr="003A77A0">
              <w:rPr>
                <w:sz w:val="24"/>
                <w:szCs w:val="24"/>
              </w:rPr>
              <w:t>Liquid</w:t>
            </w:r>
          </w:p>
        </w:tc>
        <w:tc>
          <w:tcPr>
            <w:tcW w:w="1752" w:type="dxa"/>
          </w:tcPr>
          <w:p w14:paraId="7F312169" w14:textId="77777777" w:rsidR="004B5493" w:rsidRPr="003A77A0" w:rsidRDefault="004B5493" w:rsidP="003A77A0">
            <w:pPr>
              <w:contextualSpacing/>
              <w:rPr>
                <w:sz w:val="24"/>
                <w:szCs w:val="24"/>
              </w:rPr>
            </w:pPr>
          </w:p>
        </w:tc>
        <w:tc>
          <w:tcPr>
            <w:tcW w:w="1554" w:type="dxa"/>
          </w:tcPr>
          <w:p w14:paraId="1ADBB35B" w14:textId="77777777" w:rsidR="004B5493" w:rsidRPr="003A77A0" w:rsidRDefault="004B5493" w:rsidP="003A77A0">
            <w:pPr>
              <w:contextualSpacing/>
              <w:rPr>
                <w:sz w:val="24"/>
                <w:szCs w:val="24"/>
              </w:rPr>
            </w:pPr>
          </w:p>
        </w:tc>
        <w:tc>
          <w:tcPr>
            <w:tcW w:w="1950" w:type="dxa"/>
          </w:tcPr>
          <w:p w14:paraId="797C676C" w14:textId="77777777" w:rsidR="004B5493" w:rsidRPr="003A77A0" w:rsidRDefault="004B5493" w:rsidP="003A77A0">
            <w:pPr>
              <w:contextualSpacing/>
              <w:rPr>
                <w:sz w:val="24"/>
                <w:szCs w:val="24"/>
              </w:rPr>
            </w:pPr>
          </w:p>
        </w:tc>
        <w:tc>
          <w:tcPr>
            <w:tcW w:w="1752" w:type="dxa"/>
            <w:gridSpan w:val="2"/>
          </w:tcPr>
          <w:p w14:paraId="3498915F" w14:textId="77777777" w:rsidR="004B5493" w:rsidRPr="003A77A0" w:rsidRDefault="004B5493" w:rsidP="003A77A0">
            <w:pPr>
              <w:contextualSpacing/>
              <w:rPr>
                <w:sz w:val="24"/>
                <w:szCs w:val="24"/>
              </w:rPr>
            </w:pPr>
          </w:p>
        </w:tc>
        <w:tc>
          <w:tcPr>
            <w:tcW w:w="2238" w:type="dxa"/>
          </w:tcPr>
          <w:p w14:paraId="5C0DBC28" w14:textId="77777777" w:rsidR="004B5493" w:rsidRPr="003A77A0" w:rsidRDefault="004B5493" w:rsidP="003A77A0">
            <w:pPr>
              <w:contextualSpacing/>
              <w:rPr>
                <w:sz w:val="24"/>
                <w:szCs w:val="24"/>
              </w:rPr>
            </w:pPr>
          </w:p>
        </w:tc>
      </w:tr>
      <w:tr w:rsidR="004B5493" w:rsidRPr="003A77A0" w14:paraId="1CFA6370" w14:textId="77777777" w:rsidTr="003A77A0">
        <w:tc>
          <w:tcPr>
            <w:tcW w:w="2094" w:type="dxa"/>
            <w:gridSpan w:val="2"/>
          </w:tcPr>
          <w:p w14:paraId="6D9AAB08" w14:textId="77777777" w:rsidR="004B5493" w:rsidRPr="003A77A0" w:rsidRDefault="00000000" w:rsidP="003A77A0">
            <w:pPr>
              <w:contextualSpacing/>
              <w:rPr>
                <w:sz w:val="24"/>
                <w:szCs w:val="24"/>
              </w:rPr>
            </w:pPr>
            <w:r w:rsidRPr="003A77A0">
              <w:rPr>
                <w:sz w:val="24"/>
                <w:szCs w:val="24"/>
              </w:rPr>
              <w:t>Gas</w:t>
            </w:r>
          </w:p>
        </w:tc>
        <w:tc>
          <w:tcPr>
            <w:tcW w:w="1752" w:type="dxa"/>
          </w:tcPr>
          <w:p w14:paraId="61A048E4" w14:textId="77777777" w:rsidR="004B5493" w:rsidRPr="003A77A0" w:rsidRDefault="004B5493" w:rsidP="003A77A0">
            <w:pPr>
              <w:contextualSpacing/>
              <w:rPr>
                <w:sz w:val="24"/>
                <w:szCs w:val="24"/>
              </w:rPr>
            </w:pPr>
          </w:p>
        </w:tc>
        <w:tc>
          <w:tcPr>
            <w:tcW w:w="1554" w:type="dxa"/>
          </w:tcPr>
          <w:p w14:paraId="5D193DC0" w14:textId="77777777" w:rsidR="004B5493" w:rsidRPr="003A77A0" w:rsidRDefault="004B5493" w:rsidP="003A77A0">
            <w:pPr>
              <w:contextualSpacing/>
              <w:rPr>
                <w:sz w:val="24"/>
                <w:szCs w:val="24"/>
              </w:rPr>
            </w:pPr>
          </w:p>
        </w:tc>
        <w:tc>
          <w:tcPr>
            <w:tcW w:w="1950" w:type="dxa"/>
          </w:tcPr>
          <w:p w14:paraId="2C62D04F" w14:textId="77777777" w:rsidR="004B5493" w:rsidRPr="003A77A0" w:rsidRDefault="004B5493" w:rsidP="003A77A0">
            <w:pPr>
              <w:contextualSpacing/>
              <w:rPr>
                <w:sz w:val="24"/>
                <w:szCs w:val="24"/>
              </w:rPr>
            </w:pPr>
          </w:p>
        </w:tc>
        <w:tc>
          <w:tcPr>
            <w:tcW w:w="1752" w:type="dxa"/>
            <w:gridSpan w:val="2"/>
          </w:tcPr>
          <w:p w14:paraId="65DE2D34" w14:textId="77777777" w:rsidR="004B5493" w:rsidRPr="003A77A0" w:rsidRDefault="004B5493" w:rsidP="003A77A0">
            <w:pPr>
              <w:contextualSpacing/>
              <w:rPr>
                <w:sz w:val="24"/>
                <w:szCs w:val="24"/>
              </w:rPr>
            </w:pPr>
          </w:p>
        </w:tc>
        <w:tc>
          <w:tcPr>
            <w:tcW w:w="2238" w:type="dxa"/>
          </w:tcPr>
          <w:p w14:paraId="1779212C" w14:textId="77777777" w:rsidR="004B5493" w:rsidRPr="003A77A0" w:rsidRDefault="004B5493" w:rsidP="003A77A0">
            <w:pPr>
              <w:contextualSpacing/>
              <w:rPr>
                <w:sz w:val="24"/>
                <w:szCs w:val="24"/>
              </w:rPr>
            </w:pPr>
          </w:p>
        </w:tc>
      </w:tr>
      <w:tr w:rsidR="004B5493" w:rsidRPr="003A77A0" w14:paraId="25DFB568" w14:textId="77777777" w:rsidTr="003A77A0">
        <w:tc>
          <w:tcPr>
            <w:tcW w:w="2094" w:type="dxa"/>
            <w:gridSpan w:val="2"/>
          </w:tcPr>
          <w:p w14:paraId="4CC579FB" w14:textId="77777777" w:rsidR="004B5493" w:rsidRPr="003A77A0" w:rsidRDefault="00000000" w:rsidP="003A77A0">
            <w:pPr>
              <w:contextualSpacing/>
              <w:rPr>
                <w:sz w:val="24"/>
                <w:szCs w:val="24"/>
              </w:rPr>
            </w:pPr>
            <w:r w:rsidRPr="003A77A0">
              <w:rPr>
                <w:sz w:val="24"/>
                <w:szCs w:val="24"/>
              </w:rPr>
              <w:t>Plasma</w:t>
            </w:r>
          </w:p>
        </w:tc>
        <w:tc>
          <w:tcPr>
            <w:tcW w:w="1752" w:type="dxa"/>
          </w:tcPr>
          <w:p w14:paraId="4EE57829" w14:textId="77777777" w:rsidR="004B5493" w:rsidRPr="003A77A0" w:rsidRDefault="004B5493" w:rsidP="003A77A0">
            <w:pPr>
              <w:contextualSpacing/>
              <w:rPr>
                <w:sz w:val="24"/>
                <w:szCs w:val="24"/>
              </w:rPr>
            </w:pPr>
          </w:p>
        </w:tc>
        <w:tc>
          <w:tcPr>
            <w:tcW w:w="1554" w:type="dxa"/>
          </w:tcPr>
          <w:p w14:paraId="543F9EE6" w14:textId="77777777" w:rsidR="004B5493" w:rsidRPr="003A77A0" w:rsidRDefault="004B5493" w:rsidP="003A77A0">
            <w:pPr>
              <w:contextualSpacing/>
              <w:rPr>
                <w:sz w:val="24"/>
                <w:szCs w:val="24"/>
              </w:rPr>
            </w:pPr>
          </w:p>
        </w:tc>
        <w:tc>
          <w:tcPr>
            <w:tcW w:w="1950" w:type="dxa"/>
          </w:tcPr>
          <w:p w14:paraId="27BFCDE0" w14:textId="77777777" w:rsidR="004B5493" w:rsidRPr="003A77A0" w:rsidRDefault="004B5493" w:rsidP="003A77A0">
            <w:pPr>
              <w:contextualSpacing/>
              <w:rPr>
                <w:sz w:val="24"/>
                <w:szCs w:val="24"/>
              </w:rPr>
            </w:pPr>
          </w:p>
        </w:tc>
        <w:tc>
          <w:tcPr>
            <w:tcW w:w="1752" w:type="dxa"/>
            <w:gridSpan w:val="2"/>
          </w:tcPr>
          <w:p w14:paraId="0449C892" w14:textId="77777777" w:rsidR="004B5493" w:rsidRPr="003A77A0" w:rsidRDefault="004B5493" w:rsidP="003A77A0">
            <w:pPr>
              <w:contextualSpacing/>
              <w:rPr>
                <w:sz w:val="24"/>
                <w:szCs w:val="24"/>
              </w:rPr>
            </w:pPr>
          </w:p>
        </w:tc>
        <w:tc>
          <w:tcPr>
            <w:tcW w:w="2238" w:type="dxa"/>
          </w:tcPr>
          <w:p w14:paraId="1DA03360" w14:textId="77777777" w:rsidR="004B5493" w:rsidRPr="003A77A0" w:rsidRDefault="004B5493" w:rsidP="003A77A0">
            <w:pPr>
              <w:contextualSpacing/>
              <w:rPr>
                <w:sz w:val="24"/>
                <w:szCs w:val="24"/>
              </w:rPr>
            </w:pPr>
          </w:p>
        </w:tc>
      </w:tr>
      <w:tr w:rsidR="004B5493" w:rsidRPr="003A77A0" w14:paraId="3A549E4B" w14:textId="77777777" w:rsidTr="003A77A0">
        <w:tc>
          <w:tcPr>
            <w:tcW w:w="2070" w:type="dxa"/>
          </w:tcPr>
          <w:p w14:paraId="123F0DDB" w14:textId="77777777" w:rsidR="004B5493" w:rsidRPr="003A77A0" w:rsidRDefault="00000000" w:rsidP="003A77A0">
            <w:pPr>
              <w:contextualSpacing/>
              <w:rPr>
                <w:sz w:val="24"/>
                <w:szCs w:val="24"/>
              </w:rPr>
            </w:pPr>
            <w:r w:rsidRPr="003A77A0">
              <w:rPr>
                <w:b/>
                <w:sz w:val="24"/>
                <w:szCs w:val="24"/>
              </w:rPr>
              <w:t>Phase change</w:t>
            </w:r>
          </w:p>
        </w:tc>
        <w:tc>
          <w:tcPr>
            <w:tcW w:w="3330" w:type="dxa"/>
            <w:gridSpan w:val="3"/>
          </w:tcPr>
          <w:p w14:paraId="18035172" w14:textId="77777777" w:rsidR="004B5493" w:rsidRPr="003A77A0" w:rsidRDefault="00000000" w:rsidP="003A77A0">
            <w:pPr>
              <w:contextualSpacing/>
              <w:rPr>
                <w:sz w:val="24"/>
                <w:szCs w:val="24"/>
              </w:rPr>
            </w:pPr>
            <w:r w:rsidRPr="003A77A0">
              <w:rPr>
                <w:b/>
                <w:sz w:val="24"/>
                <w:szCs w:val="24"/>
              </w:rPr>
              <w:t>Direction (from one state to the other)</w:t>
            </w:r>
          </w:p>
        </w:tc>
        <w:tc>
          <w:tcPr>
            <w:tcW w:w="2250" w:type="dxa"/>
            <w:gridSpan w:val="2"/>
          </w:tcPr>
          <w:p w14:paraId="52582F72" w14:textId="77777777" w:rsidR="004B5493" w:rsidRPr="003A77A0" w:rsidRDefault="00000000" w:rsidP="003A77A0">
            <w:pPr>
              <w:contextualSpacing/>
              <w:rPr>
                <w:sz w:val="24"/>
                <w:szCs w:val="24"/>
              </w:rPr>
            </w:pPr>
            <w:r w:rsidRPr="003A77A0">
              <w:rPr>
                <w:b/>
                <w:sz w:val="24"/>
                <w:szCs w:val="24"/>
              </w:rPr>
              <w:t>Energy added or removed?</w:t>
            </w:r>
          </w:p>
        </w:tc>
        <w:tc>
          <w:tcPr>
            <w:tcW w:w="3690" w:type="dxa"/>
            <w:gridSpan w:val="2"/>
          </w:tcPr>
          <w:p w14:paraId="1C2108A0" w14:textId="77777777" w:rsidR="004B5493" w:rsidRPr="003A77A0" w:rsidRDefault="00000000" w:rsidP="003A77A0">
            <w:pPr>
              <w:contextualSpacing/>
              <w:rPr>
                <w:sz w:val="24"/>
                <w:szCs w:val="24"/>
              </w:rPr>
            </w:pPr>
            <w:r w:rsidRPr="003A77A0">
              <w:rPr>
                <w:b/>
                <w:sz w:val="24"/>
                <w:szCs w:val="24"/>
              </w:rPr>
              <w:t>Particle-level explanation (KMT) - which factor wins</w:t>
            </w:r>
          </w:p>
        </w:tc>
      </w:tr>
      <w:tr w:rsidR="004B5493" w:rsidRPr="003A77A0" w14:paraId="1289DDBA" w14:textId="77777777" w:rsidTr="003A77A0">
        <w:tc>
          <w:tcPr>
            <w:tcW w:w="2070" w:type="dxa"/>
          </w:tcPr>
          <w:p w14:paraId="5B49779D" w14:textId="77777777" w:rsidR="004B5493" w:rsidRPr="003A77A0" w:rsidRDefault="00000000" w:rsidP="003A77A0">
            <w:pPr>
              <w:contextualSpacing/>
              <w:rPr>
                <w:sz w:val="24"/>
                <w:szCs w:val="24"/>
              </w:rPr>
            </w:pPr>
            <w:r w:rsidRPr="003A77A0">
              <w:rPr>
                <w:sz w:val="24"/>
                <w:szCs w:val="24"/>
              </w:rPr>
              <w:t>Melting</w:t>
            </w:r>
          </w:p>
        </w:tc>
        <w:tc>
          <w:tcPr>
            <w:tcW w:w="3330" w:type="dxa"/>
            <w:gridSpan w:val="3"/>
          </w:tcPr>
          <w:p w14:paraId="2C7EB01B" w14:textId="77777777" w:rsidR="004B5493" w:rsidRPr="003A77A0" w:rsidRDefault="004B5493" w:rsidP="003A77A0">
            <w:pPr>
              <w:contextualSpacing/>
              <w:rPr>
                <w:sz w:val="24"/>
                <w:szCs w:val="24"/>
              </w:rPr>
            </w:pPr>
          </w:p>
        </w:tc>
        <w:tc>
          <w:tcPr>
            <w:tcW w:w="2250" w:type="dxa"/>
            <w:gridSpan w:val="2"/>
          </w:tcPr>
          <w:p w14:paraId="1336CF22" w14:textId="77777777" w:rsidR="004B5493" w:rsidRPr="003A77A0" w:rsidRDefault="004B5493" w:rsidP="003A77A0">
            <w:pPr>
              <w:contextualSpacing/>
              <w:rPr>
                <w:sz w:val="24"/>
                <w:szCs w:val="24"/>
              </w:rPr>
            </w:pPr>
          </w:p>
        </w:tc>
        <w:tc>
          <w:tcPr>
            <w:tcW w:w="3690" w:type="dxa"/>
            <w:gridSpan w:val="2"/>
          </w:tcPr>
          <w:p w14:paraId="38B4FE3B" w14:textId="77777777" w:rsidR="004B5493" w:rsidRPr="003A77A0" w:rsidRDefault="004B5493" w:rsidP="003A77A0">
            <w:pPr>
              <w:contextualSpacing/>
              <w:rPr>
                <w:sz w:val="24"/>
                <w:szCs w:val="24"/>
              </w:rPr>
            </w:pPr>
          </w:p>
        </w:tc>
      </w:tr>
      <w:tr w:rsidR="004B5493" w:rsidRPr="003A77A0" w14:paraId="400A29B7" w14:textId="77777777" w:rsidTr="003A77A0">
        <w:tc>
          <w:tcPr>
            <w:tcW w:w="2070" w:type="dxa"/>
          </w:tcPr>
          <w:p w14:paraId="4E0BD633" w14:textId="77777777" w:rsidR="004B5493" w:rsidRPr="003A77A0" w:rsidRDefault="00000000" w:rsidP="003A77A0">
            <w:pPr>
              <w:contextualSpacing/>
              <w:rPr>
                <w:sz w:val="24"/>
                <w:szCs w:val="24"/>
              </w:rPr>
            </w:pPr>
            <w:r w:rsidRPr="003A77A0">
              <w:rPr>
                <w:sz w:val="24"/>
                <w:szCs w:val="24"/>
              </w:rPr>
              <w:t>Freezing</w:t>
            </w:r>
          </w:p>
        </w:tc>
        <w:tc>
          <w:tcPr>
            <w:tcW w:w="3330" w:type="dxa"/>
            <w:gridSpan w:val="3"/>
          </w:tcPr>
          <w:p w14:paraId="3725541F" w14:textId="77777777" w:rsidR="004B5493" w:rsidRPr="003A77A0" w:rsidRDefault="004B5493" w:rsidP="003A77A0">
            <w:pPr>
              <w:contextualSpacing/>
              <w:rPr>
                <w:sz w:val="24"/>
                <w:szCs w:val="24"/>
              </w:rPr>
            </w:pPr>
          </w:p>
        </w:tc>
        <w:tc>
          <w:tcPr>
            <w:tcW w:w="2250" w:type="dxa"/>
            <w:gridSpan w:val="2"/>
          </w:tcPr>
          <w:p w14:paraId="2E18EAD3" w14:textId="77777777" w:rsidR="004B5493" w:rsidRPr="003A77A0" w:rsidRDefault="004B5493" w:rsidP="003A77A0">
            <w:pPr>
              <w:contextualSpacing/>
              <w:rPr>
                <w:sz w:val="24"/>
                <w:szCs w:val="24"/>
              </w:rPr>
            </w:pPr>
          </w:p>
        </w:tc>
        <w:tc>
          <w:tcPr>
            <w:tcW w:w="3690" w:type="dxa"/>
            <w:gridSpan w:val="2"/>
          </w:tcPr>
          <w:p w14:paraId="0CF57806" w14:textId="77777777" w:rsidR="004B5493" w:rsidRPr="003A77A0" w:rsidRDefault="004B5493" w:rsidP="003A77A0">
            <w:pPr>
              <w:contextualSpacing/>
              <w:rPr>
                <w:sz w:val="24"/>
                <w:szCs w:val="24"/>
              </w:rPr>
            </w:pPr>
          </w:p>
        </w:tc>
      </w:tr>
      <w:tr w:rsidR="004B5493" w:rsidRPr="003A77A0" w14:paraId="111B9988" w14:textId="77777777" w:rsidTr="003A77A0">
        <w:tc>
          <w:tcPr>
            <w:tcW w:w="2070" w:type="dxa"/>
          </w:tcPr>
          <w:p w14:paraId="60EF1969" w14:textId="77777777" w:rsidR="004B5493" w:rsidRPr="003A77A0" w:rsidRDefault="00000000" w:rsidP="003A77A0">
            <w:pPr>
              <w:contextualSpacing/>
              <w:rPr>
                <w:sz w:val="24"/>
                <w:szCs w:val="24"/>
              </w:rPr>
            </w:pPr>
            <w:r w:rsidRPr="003A77A0">
              <w:rPr>
                <w:sz w:val="24"/>
                <w:szCs w:val="24"/>
              </w:rPr>
              <w:t>Evaporation</w:t>
            </w:r>
          </w:p>
        </w:tc>
        <w:tc>
          <w:tcPr>
            <w:tcW w:w="3330" w:type="dxa"/>
            <w:gridSpan w:val="3"/>
          </w:tcPr>
          <w:p w14:paraId="4FAEB95F" w14:textId="77777777" w:rsidR="004B5493" w:rsidRPr="003A77A0" w:rsidRDefault="004B5493" w:rsidP="003A77A0">
            <w:pPr>
              <w:contextualSpacing/>
              <w:rPr>
                <w:sz w:val="24"/>
                <w:szCs w:val="24"/>
              </w:rPr>
            </w:pPr>
          </w:p>
        </w:tc>
        <w:tc>
          <w:tcPr>
            <w:tcW w:w="2250" w:type="dxa"/>
            <w:gridSpan w:val="2"/>
          </w:tcPr>
          <w:p w14:paraId="7D0A3E62" w14:textId="77777777" w:rsidR="004B5493" w:rsidRPr="003A77A0" w:rsidRDefault="004B5493" w:rsidP="003A77A0">
            <w:pPr>
              <w:contextualSpacing/>
              <w:rPr>
                <w:sz w:val="24"/>
                <w:szCs w:val="24"/>
              </w:rPr>
            </w:pPr>
          </w:p>
        </w:tc>
        <w:tc>
          <w:tcPr>
            <w:tcW w:w="3690" w:type="dxa"/>
            <w:gridSpan w:val="2"/>
          </w:tcPr>
          <w:p w14:paraId="0D0843BE" w14:textId="77777777" w:rsidR="004B5493" w:rsidRPr="003A77A0" w:rsidRDefault="004B5493" w:rsidP="003A77A0">
            <w:pPr>
              <w:contextualSpacing/>
              <w:rPr>
                <w:sz w:val="24"/>
                <w:szCs w:val="24"/>
              </w:rPr>
            </w:pPr>
          </w:p>
        </w:tc>
      </w:tr>
      <w:tr w:rsidR="004B5493" w:rsidRPr="003A77A0" w14:paraId="5D1DF2E3" w14:textId="77777777" w:rsidTr="003A77A0">
        <w:tc>
          <w:tcPr>
            <w:tcW w:w="2070" w:type="dxa"/>
          </w:tcPr>
          <w:p w14:paraId="6ADDB126" w14:textId="77777777" w:rsidR="004B5493" w:rsidRPr="003A77A0" w:rsidRDefault="00000000" w:rsidP="003A77A0">
            <w:pPr>
              <w:contextualSpacing/>
              <w:rPr>
                <w:sz w:val="24"/>
                <w:szCs w:val="24"/>
              </w:rPr>
            </w:pPr>
            <w:r w:rsidRPr="003A77A0">
              <w:rPr>
                <w:sz w:val="24"/>
                <w:szCs w:val="24"/>
              </w:rPr>
              <w:t>Boiling</w:t>
            </w:r>
          </w:p>
        </w:tc>
        <w:tc>
          <w:tcPr>
            <w:tcW w:w="3330" w:type="dxa"/>
            <w:gridSpan w:val="3"/>
          </w:tcPr>
          <w:p w14:paraId="55E1E83A" w14:textId="77777777" w:rsidR="004B5493" w:rsidRPr="003A77A0" w:rsidRDefault="004B5493" w:rsidP="003A77A0">
            <w:pPr>
              <w:contextualSpacing/>
              <w:rPr>
                <w:sz w:val="24"/>
                <w:szCs w:val="24"/>
              </w:rPr>
            </w:pPr>
          </w:p>
        </w:tc>
        <w:tc>
          <w:tcPr>
            <w:tcW w:w="2250" w:type="dxa"/>
            <w:gridSpan w:val="2"/>
          </w:tcPr>
          <w:p w14:paraId="5696E8CA" w14:textId="77777777" w:rsidR="004B5493" w:rsidRPr="003A77A0" w:rsidRDefault="004B5493" w:rsidP="003A77A0">
            <w:pPr>
              <w:contextualSpacing/>
              <w:rPr>
                <w:sz w:val="24"/>
                <w:szCs w:val="24"/>
              </w:rPr>
            </w:pPr>
          </w:p>
        </w:tc>
        <w:tc>
          <w:tcPr>
            <w:tcW w:w="3690" w:type="dxa"/>
            <w:gridSpan w:val="2"/>
          </w:tcPr>
          <w:p w14:paraId="766D608D" w14:textId="77777777" w:rsidR="004B5493" w:rsidRPr="003A77A0" w:rsidRDefault="004B5493" w:rsidP="003A77A0">
            <w:pPr>
              <w:contextualSpacing/>
              <w:rPr>
                <w:sz w:val="24"/>
                <w:szCs w:val="24"/>
              </w:rPr>
            </w:pPr>
          </w:p>
        </w:tc>
      </w:tr>
      <w:tr w:rsidR="004B5493" w:rsidRPr="003A77A0" w14:paraId="6967766F" w14:textId="77777777" w:rsidTr="003A77A0">
        <w:tc>
          <w:tcPr>
            <w:tcW w:w="2070" w:type="dxa"/>
          </w:tcPr>
          <w:p w14:paraId="60FBDD6F" w14:textId="77777777" w:rsidR="004B5493" w:rsidRPr="003A77A0" w:rsidRDefault="00000000" w:rsidP="003A77A0">
            <w:pPr>
              <w:contextualSpacing/>
              <w:rPr>
                <w:sz w:val="24"/>
                <w:szCs w:val="24"/>
              </w:rPr>
            </w:pPr>
            <w:r w:rsidRPr="003A77A0">
              <w:rPr>
                <w:sz w:val="24"/>
                <w:szCs w:val="24"/>
              </w:rPr>
              <w:t>Condensation</w:t>
            </w:r>
          </w:p>
        </w:tc>
        <w:tc>
          <w:tcPr>
            <w:tcW w:w="3330" w:type="dxa"/>
            <w:gridSpan w:val="3"/>
          </w:tcPr>
          <w:p w14:paraId="396AC58A" w14:textId="77777777" w:rsidR="004B5493" w:rsidRPr="003A77A0" w:rsidRDefault="004B5493" w:rsidP="003A77A0">
            <w:pPr>
              <w:contextualSpacing/>
              <w:rPr>
                <w:sz w:val="24"/>
                <w:szCs w:val="24"/>
              </w:rPr>
            </w:pPr>
          </w:p>
        </w:tc>
        <w:tc>
          <w:tcPr>
            <w:tcW w:w="2250" w:type="dxa"/>
            <w:gridSpan w:val="2"/>
          </w:tcPr>
          <w:p w14:paraId="50290D48" w14:textId="77777777" w:rsidR="004B5493" w:rsidRPr="003A77A0" w:rsidRDefault="004B5493" w:rsidP="003A77A0">
            <w:pPr>
              <w:contextualSpacing/>
              <w:rPr>
                <w:sz w:val="24"/>
                <w:szCs w:val="24"/>
              </w:rPr>
            </w:pPr>
          </w:p>
        </w:tc>
        <w:tc>
          <w:tcPr>
            <w:tcW w:w="3690" w:type="dxa"/>
            <w:gridSpan w:val="2"/>
          </w:tcPr>
          <w:p w14:paraId="51EF6E4E" w14:textId="77777777" w:rsidR="004B5493" w:rsidRPr="003A77A0" w:rsidRDefault="004B5493" w:rsidP="003A77A0">
            <w:pPr>
              <w:contextualSpacing/>
              <w:rPr>
                <w:sz w:val="24"/>
                <w:szCs w:val="24"/>
              </w:rPr>
            </w:pPr>
          </w:p>
        </w:tc>
      </w:tr>
      <w:tr w:rsidR="004B5493" w:rsidRPr="003A77A0" w14:paraId="3BF6B0D4" w14:textId="77777777" w:rsidTr="003A77A0">
        <w:tc>
          <w:tcPr>
            <w:tcW w:w="2070" w:type="dxa"/>
          </w:tcPr>
          <w:p w14:paraId="413760D5" w14:textId="77777777" w:rsidR="004B5493" w:rsidRPr="003A77A0" w:rsidRDefault="00000000" w:rsidP="003A77A0">
            <w:pPr>
              <w:contextualSpacing/>
              <w:rPr>
                <w:sz w:val="24"/>
                <w:szCs w:val="24"/>
              </w:rPr>
            </w:pPr>
            <w:r w:rsidRPr="003A77A0">
              <w:rPr>
                <w:sz w:val="24"/>
                <w:szCs w:val="24"/>
              </w:rPr>
              <w:t>Sublimation</w:t>
            </w:r>
          </w:p>
        </w:tc>
        <w:tc>
          <w:tcPr>
            <w:tcW w:w="3330" w:type="dxa"/>
            <w:gridSpan w:val="3"/>
          </w:tcPr>
          <w:p w14:paraId="048AA36C" w14:textId="77777777" w:rsidR="004B5493" w:rsidRPr="003A77A0" w:rsidRDefault="004B5493" w:rsidP="003A77A0">
            <w:pPr>
              <w:contextualSpacing/>
              <w:rPr>
                <w:sz w:val="24"/>
                <w:szCs w:val="24"/>
              </w:rPr>
            </w:pPr>
          </w:p>
        </w:tc>
        <w:tc>
          <w:tcPr>
            <w:tcW w:w="2250" w:type="dxa"/>
            <w:gridSpan w:val="2"/>
          </w:tcPr>
          <w:p w14:paraId="55AC2A1E" w14:textId="77777777" w:rsidR="004B5493" w:rsidRPr="003A77A0" w:rsidRDefault="004B5493" w:rsidP="003A77A0">
            <w:pPr>
              <w:contextualSpacing/>
              <w:rPr>
                <w:sz w:val="24"/>
                <w:szCs w:val="24"/>
              </w:rPr>
            </w:pPr>
          </w:p>
        </w:tc>
        <w:tc>
          <w:tcPr>
            <w:tcW w:w="3690" w:type="dxa"/>
            <w:gridSpan w:val="2"/>
          </w:tcPr>
          <w:p w14:paraId="48D8B077" w14:textId="77777777" w:rsidR="004B5493" w:rsidRPr="003A77A0" w:rsidRDefault="004B5493" w:rsidP="003A77A0">
            <w:pPr>
              <w:contextualSpacing/>
              <w:rPr>
                <w:sz w:val="24"/>
                <w:szCs w:val="24"/>
              </w:rPr>
            </w:pPr>
          </w:p>
        </w:tc>
      </w:tr>
      <w:tr w:rsidR="004B5493" w:rsidRPr="003A77A0" w14:paraId="37D8D9CB" w14:textId="77777777" w:rsidTr="003A77A0">
        <w:tc>
          <w:tcPr>
            <w:tcW w:w="2070" w:type="dxa"/>
          </w:tcPr>
          <w:p w14:paraId="01EA8891" w14:textId="77777777" w:rsidR="004B5493" w:rsidRPr="003A77A0" w:rsidRDefault="00000000" w:rsidP="003A77A0">
            <w:pPr>
              <w:contextualSpacing/>
              <w:rPr>
                <w:sz w:val="24"/>
                <w:szCs w:val="24"/>
              </w:rPr>
            </w:pPr>
            <w:r w:rsidRPr="003A77A0">
              <w:rPr>
                <w:sz w:val="24"/>
                <w:szCs w:val="24"/>
              </w:rPr>
              <w:t>Deposition</w:t>
            </w:r>
          </w:p>
        </w:tc>
        <w:tc>
          <w:tcPr>
            <w:tcW w:w="3330" w:type="dxa"/>
            <w:gridSpan w:val="3"/>
          </w:tcPr>
          <w:p w14:paraId="1D85C419" w14:textId="77777777" w:rsidR="004B5493" w:rsidRPr="003A77A0" w:rsidRDefault="004B5493" w:rsidP="003A77A0">
            <w:pPr>
              <w:contextualSpacing/>
              <w:rPr>
                <w:sz w:val="24"/>
                <w:szCs w:val="24"/>
              </w:rPr>
            </w:pPr>
          </w:p>
        </w:tc>
        <w:tc>
          <w:tcPr>
            <w:tcW w:w="2250" w:type="dxa"/>
            <w:gridSpan w:val="2"/>
          </w:tcPr>
          <w:p w14:paraId="2FC0A703" w14:textId="77777777" w:rsidR="004B5493" w:rsidRPr="003A77A0" w:rsidRDefault="004B5493" w:rsidP="003A77A0">
            <w:pPr>
              <w:contextualSpacing/>
              <w:rPr>
                <w:sz w:val="24"/>
                <w:szCs w:val="24"/>
              </w:rPr>
            </w:pPr>
          </w:p>
        </w:tc>
        <w:tc>
          <w:tcPr>
            <w:tcW w:w="3690" w:type="dxa"/>
            <w:gridSpan w:val="2"/>
          </w:tcPr>
          <w:p w14:paraId="0CD3E3DA" w14:textId="77777777" w:rsidR="004B5493" w:rsidRPr="003A77A0" w:rsidRDefault="004B5493" w:rsidP="003A77A0">
            <w:pPr>
              <w:contextualSpacing/>
              <w:rPr>
                <w:sz w:val="24"/>
                <w:szCs w:val="24"/>
              </w:rPr>
            </w:pPr>
          </w:p>
        </w:tc>
      </w:tr>
    </w:tbl>
    <w:p w14:paraId="1528120C" w14:textId="77777777" w:rsidR="004B5493" w:rsidRPr="003A77A0" w:rsidRDefault="00000000" w:rsidP="003A77A0">
      <w:pPr>
        <w:spacing w:line="240" w:lineRule="auto"/>
        <w:contextualSpacing/>
        <w:rPr>
          <w:sz w:val="28"/>
          <w:szCs w:val="28"/>
        </w:rPr>
      </w:pPr>
      <w:r w:rsidRPr="003A77A0">
        <w:rPr>
          <w:b/>
          <w:sz w:val="28"/>
          <w:szCs w:val="28"/>
        </w:rPr>
        <w:lastRenderedPageBreak/>
        <w:t>Part 4 - Sort the Suspects: Classify Each Element</w:t>
      </w:r>
      <w:proofErr w:type="gramStart"/>
      <w:r w:rsidRPr="003A77A0">
        <w:rPr>
          <w:b/>
          <w:sz w:val="28"/>
          <w:szCs w:val="28"/>
        </w:rPr>
        <w:t xml:space="preserve">   (</w:t>
      </w:r>
      <w:proofErr w:type="gramEnd"/>
      <w:r w:rsidRPr="003A77A0">
        <w:rPr>
          <w:b/>
          <w:sz w:val="28"/>
          <w:szCs w:val="28"/>
        </w:rPr>
        <w:t>Target SC.</w:t>
      </w:r>
      <w:proofErr w:type="gramStart"/>
      <w:r w:rsidRPr="003A77A0">
        <w:rPr>
          <w:b/>
          <w:sz w:val="28"/>
          <w:szCs w:val="28"/>
        </w:rPr>
        <w:t>912.P.</w:t>
      </w:r>
      <w:proofErr w:type="gramEnd"/>
      <w:r w:rsidRPr="003A77A0">
        <w:rPr>
          <w:b/>
          <w:sz w:val="28"/>
          <w:szCs w:val="28"/>
        </w:rPr>
        <w:t>10.5 T3)</w:t>
      </w:r>
    </w:p>
    <w:p w14:paraId="3D490CE8" w14:textId="75321FFF" w:rsidR="004B5493" w:rsidRDefault="00000000" w:rsidP="003A77A0">
      <w:pPr>
        <w:spacing w:line="240" w:lineRule="auto"/>
        <w:contextualSpacing/>
        <w:rPr>
          <w:sz w:val="24"/>
          <w:szCs w:val="24"/>
        </w:rPr>
      </w:pPr>
      <w:r w:rsidRPr="003A77A0">
        <w:rPr>
          <w:sz w:val="24"/>
          <w:szCs w:val="24"/>
        </w:rPr>
        <w:t>With the residues identified and their isotopes read, the periodic table starts narrowing the source: a metal could have come from wiring, a nonmetal from an industrial chemical, a diatomic element from a gas cylinder. For each element, predict whether it forms a cation or an anion and write its ion symbol, and flag whether it is one of the seven diatomic elements.</w:t>
      </w:r>
    </w:p>
    <w:p w14:paraId="26EE8AE3" w14:textId="77777777" w:rsidR="003A77A0" w:rsidRPr="003A77A0" w:rsidRDefault="003A77A0" w:rsidP="003A77A0">
      <w:pPr>
        <w:spacing w:line="240" w:lineRule="auto"/>
        <w:contextualSpacing/>
        <w:rPr>
          <w:sz w:val="24"/>
          <w:szCs w:val="24"/>
        </w:rPr>
      </w:pPr>
    </w:p>
    <w:tbl>
      <w:tblPr>
        <w:tblStyle w:val="TableGrid"/>
        <w:tblW w:w="0" w:type="auto"/>
        <w:tblLook w:val="04A0" w:firstRow="1" w:lastRow="0" w:firstColumn="1" w:lastColumn="0" w:noHBand="0" w:noVBand="1"/>
      </w:tblPr>
      <w:tblGrid>
        <w:gridCol w:w="2628"/>
        <w:gridCol w:w="2628"/>
        <w:gridCol w:w="2628"/>
        <w:gridCol w:w="2628"/>
      </w:tblGrid>
      <w:tr w:rsidR="004B5493" w:rsidRPr="003A77A0" w14:paraId="5B07EF49" w14:textId="77777777">
        <w:tc>
          <w:tcPr>
            <w:tcW w:w="2628" w:type="dxa"/>
          </w:tcPr>
          <w:p w14:paraId="3681031D" w14:textId="77777777" w:rsidR="004B5493" w:rsidRPr="003A77A0" w:rsidRDefault="00000000" w:rsidP="003A77A0">
            <w:pPr>
              <w:contextualSpacing/>
              <w:rPr>
                <w:sz w:val="24"/>
                <w:szCs w:val="24"/>
              </w:rPr>
            </w:pPr>
            <w:r w:rsidRPr="003A77A0">
              <w:rPr>
                <w:b/>
                <w:sz w:val="24"/>
                <w:szCs w:val="24"/>
              </w:rPr>
              <w:t>Element</w:t>
            </w:r>
          </w:p>
        </w:tc>
        <w:tc>
          <w:tcPr>
            <w:tcW w:w="2628" w:type="dxa"/>
          </w:tcPr>
          <w:p w14:paraId="0E61396B" w14:textId="77777777" w:rsidR="004B5493" w:rsidRPr="003A77A0" w:rsidRDefault="00000000" w:rsidP="003A77A0">
            <w:pPr>
              <w:contextualSpacing/>
              <w:rPr>
                <w:sz w:val="24"/>
                <w:szCs w:val="24"/>
              </w:rPr>
            </w:pPr>
            <w:r w:rsidRPr="003A77A0">
              <w:rPr>
                <w:b/>
                <w:sz w:val="24"/>
                <w:szCs w:val="24"/>
              </w:rPr>
              <w:t>Forms cation or anion?</w:t>
            </w:r>
          </w:p>
        </w:tc>
        <w:tc>
          <w:tcPr>
            <w:tcW w:w="2628" w:type="dxa"/>
          </w:tcPr>
          <w:p w14:paraId="42E47518" w14:textId="77777777" w:rsidR="004B5493" w:rsidRPr="003A77A0" w:rsidRDefault="00000000" w:rsidP="003A77A0">
            <w:pPr>
              <w:contextualSpacing/>
              <w:rPr>
                <w:sz w:val="24"/>
                <w:szCs w:val="24"/>
              </w:rPr>
            </w:pPr>
            <w:r w:rsidRPr="003A77A0">
              <w:rPr>
                <w:b/>
                <w:sz w:val="24"/>
                <w:szCs w:val="24"/>
              </w:rPr>
              <w:t>Ion symbol</w:t>
            </w:r>
          </w:p>
        </w:tc>
        <w:tc>
          <w:tcPr>
            <w:tcW w:w="2628" w:type="dxa"/>
          </w:tcPr>
          <w:p w14:paraId="516CEE89" w14:textId="77777777" w:rsidR="004B5493" w:rsidRPr="003A77A0" w:rsidRDefault="00000000" w:rsidP="003A77A0">
            <w:pPr>
              <w:contextualSpacing/>
              <w:rPr>
                <w:sz w:val="24"/>
                <w:szCs w:val="24"/>
              </w:rPr>
            </w:pPr>
            <w:r w:rsidRPr="003A77A0">
              <w:rPr>
                <w:b/>
                <w:sz w:val="24"/>
                <w:szCs w:val="24"/>
              </w:rPr>
              <w:t>Diatomic? (Y/N)</w:t>
            </w:r>
          </w:p>
        </w:tc>
      </w:tr>
      <w:tr w:rsidR="004B5493" w:rsidRPr="003A77A0" w14:paraId="6C37B6DC" w14:textId="77777777">
        <w:tc>
          <w:tcPr>
            <w:tcW w:w="2628" w:type="dxa"/>
          </w:tcPr>
          <w:p w14:paraId="5A73A47A" w14:textId="77777777" w:rsidR="004B5493" w:rsidRPr="003A77A0" w:rsidRDefault="00000000" w:rsidP="003A77A0">
            <w:pPr>
              <w:contextualSpacing/>
              <w:rPr>
                <w:sz w:val="24"/>
                <w:szCs w:val="24"/>
              </w:rPr>
            </w:pPr>
            <w:r w:rsidRPr="003A77A0">
              <w:rPr>
                <w:sz w:val="24"/>
                <w:szCs w:val="24"/>
              </w:rPr>
              <w:t>Sodium (Na)</w:t>
            </w:r>
          </w:p>
        </w:tc>
        <w:tc>
          <w:tcPr>
            <w:tcW w:w="2628" w:type="dxa"/>
          </w:tcPr>
          <w:p w14:paraId="2179B7CF" w14:textId="77777777" w:rsidR="004B5493" w:rsidRPr="003A77A0" w:rsidRDefault="004B5493" w:rsidP="003A77A0">
            <w:pPr>
              <w:contextualSpacing/>
              <w:rPr>
                <w:sz w:val="24"/>
                <w:szCs w:val="24"/>
              </w:rPr>
            </w:pPr>
          </w:p>
        </w:tc>
        <w:tc>
          <w:tcPr>
            <w:tcW w:w="2628" w:type="dxa"/>
          </w:tcPr>
          <w:p w14:paraId="558D51B8" w14:textId="77777777" w:rsidR="004B5493" w:rsidRPr="003A77A0" w:rsidRDefault="004B5493" w:rsidP="003A77A0">
            <w:pPr>
              <w:contextualSpacing/>
              <w:rPr>
                <w:sz w:val="24"/>
                <w:szCs w:val="24"/>
              </w:rPr>
            </w:pPr>
          </w:p>
        </w:tc>
        <w:tc>
          <w:tcPr>
            <w:tcW w:w="2628" w:type="dxa"/>
          </w:tcPr>
          <w:p w14:paraId="2984F1A9" w14:textId="77777777" w:rsidR="004B5493" w:rsidRPr="003A77A0" w:rsidRDefault="004B5493" w:rsidP="003A77A0">
            <w:pPr>
              <w:contextualSpacing/>
              <w:rPr>
                <w:sz w:val="24"/>
                <w:szCs w:val="24"/>
              </w:rPr>
            </w:pPr>
          </w:p>
        </w:tc>
      </w:tr>
      <w:tr w:rsidR="004B5493" w:rsidRPr="003A77A0" w14:paraId="13D1FBF8" w14:textId="77777777">
        <w:tc>
          <w:tcPr>
            <w:tcW w:w="2628" w:type="dxa"/>
          </w:tcPr>
          <w:p w14:paraId="306F074A" w14:textId="77777777" w:rsidR="004B5493" w:rsidRPr="003A77A0" w:rsidRDefault="00000000" w:rsidP="003A77A0">
            <w:pPr>
              <w:contextualSpacing/>
              <w:rPr>
                <w:sz w:val="24"/>
                <w:szCs w:val="24"/>
              </w:rPr>
            </w:pPr>
            <w:r w:rsidRPr="003A77A0">
              <w:rPr>
                <w:sz w:val="24"/>
                <w:szCs w:val="24"/>
              </w:rPr>
              <w:t>Chlorine (Cl)</w:t>
            </w:r>
          </w:p>
        </w:tc>
        <w:tc>
          <w:tcPr>
            <w:tcW w:w="2628" w:type="dxa"/>
          </w:tcPr>
          <w:p w14:paraId="2E7774FB" w14:textId="77777777" w:rsidR="004B5493" w:rsidRPr="003A77A0" w:rsidRDefault="004B5493" w:rsidP="003A77A0">
            <w:pPr>
              <w:contextualSpacing/>
              <w:rPr>
                <w:sz w:val="24"/>
                <w:szCs w:val="24"/>
              </w:rPr>
            </w:pPr>
          </w:p>
        </w:tc>
        <w:tc>
          <w:tcPr>
            <w:tcW w:w="2628" w:type="dxa"/>
          </w:tcPr>
          <w:p w14:paraId="37CF8585" w14:textId="77777777" w:rsidR="004B5493" w:rsidRPr="003A77A0" w:rsidRDefault="004B5493" w:rsidP="003A77A0">
            <w:pPr>
              <w:contextualSpacing/>
              <w:rPr>
                <w:sz w:val="24"/>
                <w:szCs w:val="24"/>
              </w:rPr>
            </w:pPr>
          </w:p>
        </w:tc>
        <w:tc>
          <w:tcPr>
            <w:tcW w:w="2628" w:type="dxa"/>
          </w:tcPr>
          <w:p w14:paraId="2F420BF8" w14:textId="77777777" w:rsidR="004B5493" w:rsidRPr="003A77A0" w:rsidRDefault="004B5493" w:rsidP="003A77A0">
            <w:pPr>
              <w:contextualSpacing/>
              <w:rPr>
                <w:sz w:val="24"/>
                <w:szCs w:val="24"/>
              </w:rPr>
            </w:pPr>
          </w:p>
        </w:tc>
      </w:tr>
      <w:tr w:rsidR="004B5493" w:rsidRPr="003A77A0" w14:paraId="513BE1F7" w14:textId="77777777">
        <w:tc>
          <w:tcPr>
            <w:tcW w:w="2628" w:type="dxa"/>
          </w:tcPr>
          <w:p w14:paraId="79BC0885" w14:textId="77777777" w:rsidR="004B5493" w:rsidRPr="003A77A0" w:rsidRDefault="00000000" w:rsidP="003A77A0">
            <w:pPr>
              <w:contextualSpacing/>
              <w:rPr>
                <w:sz w:val="24"/>
                <w:szCs w:val="24"/>
              </w:rPr>
            </w:pPr>
            <w:r w:rsidRPr="003A77A0">
              <w:rPr>
                <w:sz w:val="24"/>
                <w:szCs w:val="24"/>
              </w:rPr>
              <w:t>Oxygen (O)</w:t>
            </w:r>
          </w:p>
        </w:tc>
        <w:tc>
          <w:tcPr>
            <w:tcW w:w="2628" w:type="dxa"/>
          </w:tcPr>
          <w:p w14:paraId="3D9FD5B2" w14:textId="77777777" w:rsidR="004B5493" w:rsidRPr="003A77A0" w:rsidRDefault="004B5493" w:rsidP="003A77A0">
            <w:pPr>
              <w:contextualSpacing/>
              <w:rPr>
                <w:sz w:val="24"/>
                <w:szCs w:val="24"/>
              </w:rPr>
            </w:pPr>
          </w:p>
        </w:tc>
        <w:tc>
          <w:tcPr>
            <w:tcW w:w="2628" w:type="dxa"/>
          </w:tcPr>
          <w:p w14:paraId="37D5DF69" w14:textId="77777777" w:rsidR="004B5493" w:rsidRPr="003A77A0" w:rsidRDefault="004B5493" w:rsidP="003A77A0">
            <w:pPr>
              <w:contextualSpacing/>
              <w:rPr>
                <w:sz w:val="24"/>
                <w:szCs w:val="24"/>
              </w:rPr>
            </w:pPr>
          </w:p>
        </w:tc>
        <w:tc>
          <w:tcPr>
            <w:tcW w:w="2628" w:type="dxa"/>
          </w:tcPr>
          <w:p w14:paraId="22E89F81" w14:textId="77777777" w:rsidR="004B5493" w:rsidRPr="003A77A0" w:rsidRDefault="004B5493" w:rsidP="003A77A0">
            <w:pPr>
              <w:contextualSpacing/>
              <w:rPr>
                <w:sz w:val="24"/>
                <w:szCs w:val="24"/>
              </w:rPr>
            </w:pPr>
          </w:p>
        </w:tc>
      </w:tr>
      <w:tr w:rsidR="004B5493" w:rsidRPr="003A77A0" w14:paraId="3187D282" w14:textId="77777777">
        <w:tc>
          <w:tcPr>
            <w:tcW w:w="2628" w:type="dxa"/>
          </w:tcPr>
          <w:p w14:paraId="0158B33A" w14:textId="77777777" w:rsidR="004B5493" w:rsidRPr="003A77A0" w:rsidRDefault="00000000" w:rsidP="003A77A0">
            <w:pPr>
              <w:contextualSpacing/>
              <w:rPr>
                <w:sz w:val="24"/>
                <w:szCs w:val="24"/>
              </w:rPr>
            </w:pPr>
            <w:r w:rsidRPr="003A77A0">
              <w:rPr>
                <w:sz w:val="24"/>
                <w:szCs w:val="24"/>
              </w:rPr>
              <w:t>Iron (Fe)</w:t>
            </w:r>
          </w:p>
        </w:tc>
        <w:tc>
          <w:tcPr>
            <w:tcW w:w="2628" w:type="dxa"/>
          </w:tcPr>
          <w:p w14:paraId="42E05A2A" w14:textId="77777777" w:rsidR="004B5493" w:rsidRPr="003A77A0" w:rsidRDefault="004B5493" w:rsidP="003A77A0">
            <w:pPr>
              <w:contextualSpacing/>
              <w:rPr>
                <w:sz w:val="24"/>
                <w:szCs w:val="24"/>
              </w:rPr>
            </w:pPr>
          </w:p>
        </w:tc>
        <w:tc>
          <w:tcPr>
            <w:tcW w:w="2628" w:type="dxa"/>
          </w:tcPr>
          <w:p w14:paraId="33EFC989" w14:textId="77777777" w:rsidR="004B5493" w:rsidRPr="003A77A0" w:rsidRDefault="004B5493" w:rsidP="003A77A0">
            <w:pPr>
              <w:contextualSpacing/>
              <w:rPr>
                <w:sz w:val="24"/>
                <w:szCs w:val="24"/>
              </w:rPr>
            </w:pPr>
          </w:p>
        </w:tc>
        <w:tc>
          <w:tcPr>
            <w:tcW w:w="2628" w:type="dxa"/>
          </w:tcPr>
          <w:p w14:paraId="11136EA1" w14:textId="77777777" w:rsidR="004B5493" w:rsidRPr="003A77A0" w:rsidRDefault="004B5493" w:rsidP="003A77A0">
            <w:pPr>
              <w:contextualSpacing/>
              <w:rPr>
                <w:sz w:val="24"/>
                <w:szCs w:val="24"/>
              </w:rPr>
            </w:pPr>
          </w:p>
        </w:tc>
      </w:tr>
      <w:tr w:rsidR="004B5493" w:rsidRPr="003A77A0" w14:paraId="2ACF1E02" w14:textId="77777777">
        <w:tc>
          <w:tcPr>
            <w:tcW w:w="2628" w:type="dxa"/>
          </w:tcPr>
          <w:p w14:paraId="42A38BA9" w14:textId="77777777" w:rsidR="004B5493" w:rsidRPr="003A77A0" w:rsidRDefault="00000000" w:rsidP="003A77A0">
            <w:pPr>
              <w:contextualSpacing/>
              <w:rPr>
                <w:sz w:val="24"/>
                <w:szCs w:val="24"/>
              </w:rPr>
            </w:pPr>
            <w:r w:rsidRPr="003A77A0">
              <w:rPr>
                <w:sz w:val="24"/>
                <w:szCs w:val="24"/>
              </w:rPr>
              <w:t>Magnesium (Mg)</w:t>
            </w:r>
          </w:p>
        </w:tc>
        <w:tc>
          <w:tcPr>
            <w:tcW w:w="2628" w:type="dxa"/>
          </w:tcPr>
          <w:p w14:paraId="1731A259" w14:textId="77777777" w:rsidR="004B5493" w:rsidRPr="003A77A0" w:rsidRDefault="004B5493" w:rsidP="003A77A0">
            <w:pPr>
              <w:contextualSpacing/>
              <w:rPr>
                <w:sz w:val="24"/>
                <w:szCs w:val="24"/>
              </w:rPr>
            </w:pPr>
          </w:p>
        </w:tc>
        <w:tc>
          <w:tcPr>
            <w:tcW w:w="2628" w:type="dxa"/>
          </w:tcPr>
          <w:p w14:paraId="662DDC8A" w14:textId="77777777" w:rsidR="004B5493" w:rsidRPr="003A77A0" w:rsidRDefault="004B5493" w:rsidP="003A77A0">
            <w:pPr>
              <w:contextualSpacing/>
              <w:rPr>
                <w:sz w:val="24"/>
                <w:szCs w:val="24"/>
              </w:rPr>
            </w:pPr>
          </w:p>
        </w:tc>
        <w:tc>
          <w:tcPr>
            <w:tcW w:w="2628" w:type="dxa"/>
          </w:tcPr>
          <w:p w14:paraId="08727A6B" w14:textId="77777777" w:rsidR="004B5493" w:rsidRPr="003A77A0" w:rsidRDefault="004B5493" w:rsidP="003A77A0">
            <w:pPr>
              <w:contextualSpacing/>
              <w:rPr>
                <w:sz w:val="24"/>
                <w:szCs w:val="24"/>
              </w:rPr>
            </w:pPr>
          </w:p>
        </w:tc>
      </w:tr>
      <w:tr w:rsidR="004B5493" w:rsidRPr="003A77A0" w14:paraId="029038D9" w14:textId="77777777">
        <w:tc>
          <w:tcPr>
            <w:tcW w:w="2628" w:type="dxa"/>
          </w:tcPr>
          <w:p w14:paraId="66BF02F9" w14:textId="77777777" w:rsidR="004B5493" w:rsidRPr="003A77A0" w:rsidRDefault="00000000" w:rsidP="003A77A0">
            <w:pPr>
              <w:contextualSpacing/>
              <w:rPr>
                <w:sz w:val="24"/>
                <w:szCs w:val="24"/>
              </w:rPr>
            </w:pPr>
            <w:r w:rsidRPr="003A77A0">
              <w:rPr>
                <w:sz w:val="24"/>
                <w:szCs w:val="24"/>
              </w:rPr>
              <w:t>Nitrogen (N)</w:t>
            </w:r>
          </w:p>
        </w:tc>
        <w:tc>
          <w:tcPr>
            <w:tcW w:w="2628" w:type="dxa"/>
          </w:tcPr>
          <w:p w14:paraId="48E1F8E7" w14:textId="77777777" w:rsidR="004B5493" w:rsidRPr="003A77A0" w:rsidRDefault="004B5493" w:rsidP="003A77A0">
            <w:pPr>
              <w:contextualSpacing/>
              <w:rPr>
                <w:sz w:val="24"/>
                <w:szCs w:val="24"/>
              </w:rPr>
            </w:pPr>
          </w:p>
        </w:tc>
        <w:tc>
          <w:tcPr>
            <w:tcW w:w="2628" w:type="dxa"/>
          </w:tcPr>
          <w:p w14:paraId="201685B8" w14:textId="77777777" w:rsidR="004B5493" w:rsidRPr="003A77A0" w:rsidRDefault="004B5493" w:rsidP="003A77A0">
            <w:pPr>
              <w:contextualSpacing/>
              <w:rPr>
                <w:sz w:val="24"/>
                <w:szCs w:val="24"/>
              </w:rPr>
            </w:pPr>
          </w:p>
        </w:tc>
        <w:tc>
          <w:tcPr>
            <w:tcW w:w="2628" w:type="dxa"/>
          </w:tcPr>
          <w:p w14:paraId="1B14A87B" w14:textId="77777777" w:rsidR="004B5493" w:rsidRPr="003A77A0" w:rsidRDefault="004B5493" w:rsidP="003A77A0">
            <w:pPr>
              <w:contextualSpacing/>
              <w:rPr>
                <w:sz w:val="24"/>
                <w:szCs w:val="24"/>
              </w:rPr>
            </w:pPr>
          </w:p>
        </w:tc>
      </w:tr>
    </w:tbl>
    <w:p w14:paraId="0DF87ECB" w14:textId="77777777" w:rsidR="003A77A0" w:rsidRDefault="003A77A0" w:rsidP="003A77A0">
      <w:pPr>
        <w:spacing w:line="240" w:lineRule="auto"/>
        <w:contextualSpacing/>
        <w:rPr>
          <w:b/>
          <w:sz w:val="24"/>
          <w:szCs w:val="24"/>
        </w:rPr>
      </w:pPr>
    </w:p>
    <w:p w14:paraId="71E19F37" w14:textId="2852DD17" w:rsidR="004B5493" w:rsidRPr="003A77A0" w:rsidRDefault="00000000" w:rsidP="003A77A0">
      <w:pPr>
        <w:spacing w:line="240" w:lineRule="auto"/>
        <w:contextualSpacing/>
        <w:rPr>
          <w:sz w:val="24"/>
          <w:szCs w:val="24"/>
        </w:rPr>
      </w:pPr>
      <w:r w:rsidRPr="003A77A0">
        <w:rPr>
          <w:b/>
          <w:sz w:val="28"/>
          <w:szCs w:val="28"/>
        </w:rPr>
        <w:t>Part 5 - Match the Compound Jars: Label the Evidence</w:t>
      </w:r>
      <w:proofErr w:type="gramStart"/>
      <w:r w:rsidRPr="003A77A0">
        <w:rPr>
          <w:b/>
          <w:sz w:val="28"/>
          <w:szCs w:val="28"/>
        </w:rPr>
        <w:t xml:space="preserve">   (</w:t>
      </w:r>
      <w:proofErr w:type="gramEnd"/>
      <w:r w:rsidRPr="003A77A0">
        <w:rPr>
          <w:b/>
          <w:sz w:val="28"/>
          <w:szCs w:val="28"/>
        </w:rPr>
        <w:t>Target SC.</w:t>
      </w:r>
      <w:proofErr w:type="gramStart"/>
      <w:r w:rsidRPr="003A77A0">
        <w:rPr>
          <w:b/>
          <w:sz w:val="28"/>
          <w:szCs w:val="28"/>
        </w:rPr>
        <w:t>912.P.</w:t>
      </w:r>
      <w:proofErr w:type="gramEnd"/>
      <w:r w:rsidRPr="003A77A0">
        <w:rPr>
          <w:b/>
          <w:sz w:val="28"/>
          <w:szCs w:val="28"/>
        </w:rPr>
        <w:t>10.5 T4)</w:t>
      </w:r>
    </w:p>
    <w:p w14:paraId="77A5FEA2" w14:textId="77777777" w:rsidR="004B5493" w:rsidRPr="003A77A0" w:rsidRDefault="00000000" w:rsidP="003A77A0">
      <w:pPr>
        <w:spacing w:line="240" w:lineRule="auto"/>
        <w:contextualSpacing/>
        <w:rPr>
          <w:sz w:val="24"/>
          <w:szCs w:val="24"/>
        </w:rPr>
      </w:pPr>
      <w:r w:rsidRPr="003A77A0">
        <w:rPr>
          <w:sz w:val="24"/>
          <w:szCs w:val="24"/>
        </w:rPr>
        <w:t>The final piece of every scene was a jar of an unknown compound found near the residue. Match each jar by labeling it correctly: classify each formula as ionic (metal + nonmetal) or covalent (nonmetal + nonmetal), then apply the right system - Greek prefixes for covalent compounds (drop 'mono' on the first element) and the metal's name + the nonmetal's base name + '-ide' for ionic compounds with NO prefixes. Use the ion charges to build the formula ratios.</w:t>
      </w:r>
    </w:p>
    <w:tbl>
      <w:tblPr>
        <w:tblStyle w:val="TableGrid"/>
        <w:tblW w:w="0" w:type="auto"/>
        <w:tblLook w:val="04A0" w:firstRow="1" w:lastRow="0" w:firstColumn="1" w:lastColumn="0" w:noHBand="0" w:noVBand="1"/>
      </w:tblPr>
      <w:tblGrid>
        <w:gridCol w:w="2628"/>
        <w:gridCol w:w="2628"/>
        <w:gridCol w:w="2142"/>
        <w:gridCol w:w="3114"/>
      </w:tblGrid>
      <w:tr w:rsidR="004B5493" w:rsidRPr="003A77A0" w14:paraId="207550A6" w14:textId="77777777" w:rsidTr="003A77A0">
        <w:tc>
          <w:tcPr>
            <w:tcW w:w="2628" w:type="dxa"/>
          </w:tcPr>
          <w:p w14:paraId="36269526" w14:textId="77777777" w:rsidR="004B5493" w:rsidRPr="003A77A0" w:rsidRDefault="00000000" w:rsidP="003A77A0">
            <w:pPr>
              <w:contextualSpacing/>
              <w:rPr>
                <w:sz w:val="24"/>
                <w:szCs w:val="24"/>
              </w:rPr>
            </w:pPr>
            <w:r w:rsidRPr="003A77A0">
              <w:rPr>
                <w:b/>
                <w:sz w:val="24"/>
                <w:szCs w:val="24"/>
              </w:rPr>
              <w:t>Formula</w:t>
            </w:r>
          </w:p>
        </w:tc>
        <w:tc>
          <w:tcPr>
            <w:tcW w:w="2628" w:type="dxa"/>
          </w:tcPr>
          <w:p w14:paraId="013495DF" w14:textId="77777777" w:rsidR="004B5493" w:rsidRPr="003A77A0" w:rsidRDefault="00000000" w:rsidP="003A77A0">
            <w:pPr>
              <w:contextualSpacing/>
              <w:rPr>
                <w:sz w:val="24"/>
                <w:szCs w:val="24"/>
              </w:rPr>
            </w:pPr>
            <w:r w:rsidRPr="003A77A0">
              <w:rPr>
                <w:b/>
                <w:sz w:val="24"/>
                <w:szCs w:val="24"/>
              </w:rPr>
              <w:t>Metal + nonmetal, or nonmetal + nonmetal?</w:t>
            </w:r>
          </w:p>
        </w:tc>
        <w:tc>
          <w:tcPr>
            <w:tcW w:w="2142" w:type="dxa"/>
          </w:tcPr>
          <w:p w14:paraId="59662EED" w14:textId="77777777" w:rsidR="004B5493" w:rsidRPr="003A77A0" w:rsidRDefault="00000000" w:rsidP="003A77A0">
            <w:pPr>
              <w:contextualSpacing/>
              <w:rPr>
                <w:sz w:val="24"/>
                <w:szCs w:val="24"/>
              </w:rPr>
            </w:pPr>
            <w:r w:rsidRPr="003A77A0">
              <w:rPr>
                <w:b/>
                <w:sz w:val="24"/>
                <w:szCs w:val="24"/>
              </w:rPr>
              <w:t>Ionic or covalent?</w:t>
            </w:r>
          </w:p>
        </w:tc>
        <w:tc>
          <w:tcPr>
            <w:tcW w:w="3114" w:type="dxa"/>
          </w:tcPr>
          <w:p w14:paraId="40232CAA" w14:textId="50818EE4" w:rsidR="004B5493" w:rsidRPr="003A77A0" w:rsidRDefault="00000000" w:rsidP="003A77A0">
            <w:pPr>
              <w:contextualSpacing/>
              <w:rPr>
                <w:sz w:val="24"/>
                <w:szCs w:val="24"/>
              </w:rPr>
            </w:pPr>
            <w:r w:rsidRPr="003A77A0">
              <w:rPr>
                <w:b/>
                <w:sz w:val="24"/>
                <w:szCs w:val="24"/>
              </w:rPr>
              <w:t>Elements present</w:t>
            </w:r>
            <w:r w:rsidR="003A77A0">
              <w:rPr>
                <w:b/>
                <w:sz w:val="24"/>
                <w:szCs w:val="24"/>
              </w:rPr>
              <w:t xml:space="preserve"> (write the element names)</w:t>
            </w:r>
          </w:p>
        </w:tc>
      </w:tr>
      <w:tr w:rsidR="004B5493" w:rsidRPr="003A77A0" w14:paraId="7900AA56" w14:textId="77777777" w:rsidTr="003A77A0">
        <w:tc>
          <w:tcPr>
            <w:tcW w:w="2628" w:type="dxa"/>
          </w:tcPr>
          <w:p w14:paraId="4FA3B071" w14:textId="77777777" w:rsidR="004B5493" w:rsidRPr="003A77A0" w:rsidRDefault="00000000" w:rsidP="003A77A0">
            <w:pPr>
              <w:contextualSpacing/>
              <w:rPr>
                <w:sz w:val="24"/>
                <w:szCs w:val="24"/>
              </w:rPr>
            </w:pPr>
            <w:r w:rsidRPr="003A77A0">
              <w:rPr>
                <w:sz w:val="24"/>
                <w:szCs w:val="24"/>
              </w:rPr>
              <w:t>NaCl</w:t>
            </w:r>
          </w:p>
        </w:tc>
        <w:tc>
          <w:tcPr>
            <w:tcW w:w="2628" w:type="dxa"/>
          </w:tcPr>
          <w:p w14:paraId="55B4CB79" w14:textId="77777777" w:rsidR="004B5493" w:rsidRPr="003A77A0" w:rsidRDefault="004B5493" w:rsidP="003A77A0">
            <w:pPr>
              <w:contextualSpacing/>
              <w:rPr>
                <w:sz w:val="24"/>
                <w:szCs w:val="24"/>
              </w:rPr>
            </w:pPr>
          </w:p>
        </w:tc>
        <w:tc>
          <w:tcPr>
            <w:tcW w:w="2142" w:type="dxa"/>
          </w:tcPr>
          <w:p w14:paraId="13EEB46E" w14:textId="77777777" w:rsidR="004B5493" w:rsidRPr="003A77A0" w:rsidRDefault="004B5493" w:rsidP="003A77A0">
            <w:pPr>
              <w:contextualSpacing/>
              <w:rPr>
                <w:sz w:val="24"/>
                <w:szCs w:val="24"/>
              </w:rPr>
            </w:pPr>
          </w:p>
        </w:tc>
        <w:tc>
          <w:tcPr>
            <w:tcW w:w="3114" w:type="dxa"/>
          </w:tcPr>
          <w:p w14:paraId="478CA0C6" w14:textId="77777777" w:rsidR="004B5493" w:rsidRPr="003A77A0" w:rsidRDefault="004B5493" w:rsidP="003A77A0">
            <w:pPr>
              <w:contextualSpacing/>
              <w:rPr>
                <w:sz w:val="24"/>
                <w:szCs w:val="24"/>
              </w:rPr>
            </w:pPr>
          </w:p>
        </w:tc>
      </w:tr>
      <w:tr w:rsidR="004B5493" w:rsidRPr="003A77A0" w14:paraId="514259E1" w14:textId="77777777" w:rsidTr="003A77A0">
        <w:tc>
          <w:tcPr>
            <w:tcW w:w="2628" w:type="dxa"/>
          </w:tcPr>
          <w:p w14:paraId="2993A05A" w14:textId="77777777" w:rsidR="004B5493" w:rsidRPr="003A77A0" w:rsidRDefault="00000000" w:rsidP="003A77A0">
            <w:pPr>
              <w:contextualSpacing/>
              <w:rPr>
                <w:sz w:val="24"/>
                <w:szCs w:val="24"/>
              </w:rPr>
            </w:pPr>
            <w:r w:rsidRPr="003A77A0">
              <w:rPr>
                <w:sz w:val="24"/>
                <w:szCs w:val="24"/>
              </w:rPr>
              <w:t>CO</w:t>
            </w:r>
            <w:r w:rsidRPr="003A77A0">
              <w:rPr>
                <w:sz w:val="24"/>
                <w:szCs w:val="24"/>
                <w:vertAlign w:val="subscript"/>
              </w:rPr>
              <w:t>2</w:t>
            </w:r>
          </w:p>
        </w:tc>
        <w:tc>
          <w:tcPr>
            <w:tcW w:w="2628" w:type="dxa"/>
          </w:tcPr>
          <w:p w14:paraId="1F7B60F5" w14:textId="77777777" w:rsidR="004B5493" w:rsidRPr="003A77A0" w:rsidRDefault="004B5493" w:rsidP="003A77A0">
            <w:pPr>
              <w:contextualSpacing/>
              <w:rPr>
                <w:sz w:val="24"/>
                <w:szCs w:val="24"/>
              </w:rPr>
            </w:pPr>
          </w:p>
        </w:tc>
        <w:tc>
          <w:tcPr>
            <w:tcW w:w="2142" w:type="dxa"/>
          </w:tcPr>
          <w:p w14:paraId="5B435CB0" w14:textId="77777777" w:rsidR="004B5493" w:rsidRPr="003A77A0" w:rsidRDefault="004B5493" w:rsidP="003A77A0">
            <w:pPr>
              <w:contextualSpacing/>
              <w:rPr>
                <w:sz w:val="24"/>
                <w:szCs w:val="24"/>
              </w:rPr>
            </w:pPr>
          </w:p>
        </w:tc>
        <w:tc>
          <w:tcPr>
            <w:tcW w:w="3114" w:type="dxa"/>
          </w:tcPr>
          <w:p w14:paraId="4247A2EE" w14:textId="77777777" w:rsidR="004B5493" w:rsidRPr="003A77A0" w:rsidRDefault="004B5493" w:rsidP="003A77A0">
            <w:pPr>
              <w:contextualSpacing/>
              <w:rPr>
                <w:sz w:val="24"/>
                <w:szCs w:val="24"/>
              </w:rPr>
            </w:pPr>
          </w:p>
        </w:tc>
      </w:tr>
      <w:tr w:rsidR="004B5493" w:rsidRPr="003A77A0" w14:paraId="275F3698" w14:textId="77777777" w:rsidTr="003A77A0">
        <w:tc>
          <w:tcPr>
            <w:tcW w:w="2628" w:type="dxa"/>
          </w:tcPr>
          <w:p w14:paraId="797EE946" w14:textId="77777777" w:rsidR="004B5493" w:rsidRPr="003A77A0" w:rsidRDefault="00000000" w:rsidP="003A77A0">
            <w:pPr>
              <w:contextualSpacing/>
              <w:rPr>
                <w:sz w:val="24"/>
                <w:szCs w:val="24"/>
              </w:rPr>
            </w:pPr>
            <w:proofErr w:type="spellStart"/>
            <w:r w:rsidRPr="003A77A0">
              <w:rPr>
                <w:sz w:val="24"/>
                <w:szCs w:val="24"/>
              </w:rPr>
              <w:t>CaS</w:t>
            </w:r>
            <w:proofErr w:type="spellEnd"/>
          </w:p>
        </w:tc>
        <w:tc>
          <w:tcPr>
            <w:tcW w:w="2628" w:type="dxa"/>
          </w:tcPr>
          <w:p w14:paraId="14C808C9" w14:textId="77777777" w:rsidR="004B5493" w:rsidRPr="003A77A0" w:rsidRDefault="004B5493" w:rsidP="003A77A0">
            <w:pPr>
              <w:contextualSpacing/>
              <w:rPr>
                <w:sz w:val="24"/>
                <w:szCs w:val="24"/>
              </w:rPr>
            </w:pPr>
          </w:p>
        </w:tc>
        <w:tc>
          <w:tcPr>
            <w:tcW w:w="2142" w:type="dxa"/>
          </w:tcPr>
          <w:p w14:paraId="5905BF4A" w14:textId="77777777" w:rsidR="004B5493" w:rsidRPr="003A77A0" w:rsidRDefault="004B5493" w:rsidP="003A77A0">
            <w:pPr>
              <w:contextualSpacing/>
              <w:rPr>
                <w:sz w:val="24"/>
                <w:szCs w:val="24"/>
              </w:rPr>
            </w:pPr>
          </w:p>
        </w:tc>
        <w:tc>
          <w:tcPr>
            <w:tcW w:w="3114" w:type="dxa"/>
          </w:tcPr>
          <w:p w14:paraId="4C886388" w14:textId="77777777" w:rsidR="004B5493" w:rsidRPr="003A77A0" w:rsidRDefault="004B5493" w:rsidP="003A77A0">
            <w:pPr>
              <w:contextualSpacing/>
              <w:rPr>
                <w:sz w:val="24"/>
                <w:szCs w:val="24"/>
              </w:rPr>
            </w:pPr>
          </w:p>
        </w:tc>
      </w:tr>
      <w:tr w:rsidR="004B5493" w:rsidRPr="003A77A0" w14:paraId="4660E5E7" w14:textId="77777777" w:rsidTr="003A77A0">
        <w:tc>
          <w:tcPr>
            <w:tcW w:w="2628" w:type="dxa"/>
          </w:tcPr>
          <w:p w14:paraId="0ABE2510" w14:textId="77777777" w:rsidR="004B5493" w:rsidRPr="003A77A0" w:rsidRDefault="00000000" w:rsidP="003A77A0">
            <w:pPr>
              <w:contextualSpacing/>
              <w:rPr>
                <w:sz w:val="24"/>
                <w:szCs w:val="24"/>
              </w:rPr>
            </w:pPr>
            <w:r w:rsidRPr="003A77A0">
              <w:rPr>
                <w:sz w:val="24"/>
                <w:szCs w:val="24"/>
              </w:rPr>
              <w:t>N</w:t>
            </w:r>
            <w:r w:rsidRPr="003A77A0">
              <w:rPr>
                <w:sz w:val="24"/>
                <w:szCs w:val="24"/>
                <w:vertAlign w:val="subscript"/>
              </w:rPr>
              <w:t>2</w:t>
            </w:r>
            <w:r w:rsidRPr="003A77A0">
              <w:rPr>
                <w:sz w:val="24"/>
                <w:szCs w:val="24"/>
              </w:rPr>
              <w:t>O</w:t>
            </w:r>
          </w:p>
        </w:tc>
        <w:tc>
          <w:tcPr>
            <w:tcW w:w="2628" w:type="dxa"/>
          </w:tcPr>
          <w:p w14:paraId="3BA080FF" w14:textId="77777777" w:rsidR="004B5493" w:rsidRPr="003A77A0" w:rsidRDefault="004B5493" w:rsidP="003A77A0">
            <w:pPr>
              <w:contextualSpacing/>
              <w:rPr>
                <w:sz w:val="24"/>
                <w:szCs w:val="24"/>
              </w:rPr>
            </w:pPr>
          </w:p>
        </w:tc>
        <w:tc>
          <w:tcPr>
            <w:tcW w:w="2142" w:type="dxa"/>
          </w:tcPr>
          <w:p w14:paraId="17819A98" w14:textId="77777777" w:rsidR="004B5493" w:rsidRPr="003A77A0" w:rsidRDefault="004B5493" w:rsidP="003A77A0">
            <w:pPr>
              <w:contextualSpacing/>
              <w:rPr>
                <w:sz w:val="24"/>
                <w:szCs w:val="24"/>
              </w:rPr>
            </w:pPr>
          </w:p>
        </w:tc>
        <w:tc>
          <w:tcPr>
            <w:tcW w:w="3114" w:type="dxa"/>
          </w:tcPr>
          <w:p w14:paraId="62147888" w14:textId="77777777" w:rsidR="004B5493" w:rsidRPr="003A77A0" w:rsidRDefault="004B5493" w:rsidP="003A77A0">
            <w:pPr>
              <w:contextualSpacing/>
              <w:rPr>
                <w:sz w:val="24"/>
                <w:szCs w:val="24"/>
              </w:rPr>
            </w:pPr>
          </w:p>
        </w:tc>
      </w:tr>
      <w:tr w:rsidR="004B5493" w:rsidRPr="003A77A0" w14:paraId="1F6ADE09" w14:textId="77777777" w:rsidTr="003A77A0">
        <w:tc>
          <w:tcPr>
            <w:tcW w:w="2628" w:type="dxa"/>
          </w:tcPr>
          <w:p w14:paraId="0E60A95C" w14:textId="77777777" w:rsidR="004B5493" w:rsidRPr="003A77A0" w:rsidRDefault="00000000" w:rsidP="003A77A0">
            <w:pPr>
              <w:contextualSpacing/>
              <w:rPr>
                <w:sz w:val="24"/>
                <w:szCs w:val="24"/>
              </w:rPr>
            </w:pPr>
            <w:r w:rsidRPr="003A77A0">
              <w:rPr>
                <w:sz w:val="24"/>
                <w:szCs w:val="24"/>
              </w:rPr>
              <w:t>AlCl</w:t>
            </w:r>
            <w:r w:rsidRPr="003A77A0">
              <w:rPr>
                <w:sz w:val="24"/>
                <w:szCs w:val="24"/>
                <w:vertAlign w:val="subscript"/>
              </w:rPr>
              <w:t>3</w:t>
            </w:r>
          </w:p>
        </w:tc>
        <w:tc>
          <w:tcPr>
            <w:tcW w:w="2628" w:type="dxa"/>
          </w:tcPr>
          <w:p w14:paraId="2D4DEB1E" w14:textId="77777777" w:rsidR="004B5493" w:rsidRPr="003A77A0" w:rsidRDefault="004B5493" w:rsidP="003A77A0">
            <w:pPr>
              <w:contextualSpacing/>
              <w:rPr>
                <w:sz w:val="24"/>
                <w:szCs w:val="24"/>
              </w:rPr>
            </w:pPr>
          </w:p>
        </w:tc>
        <w:tc>
          <w:tcPr>
            <w:tcW w:w="2142" w:type="dxa"/>
          </w:tcPr>
          <w:p w14:paraId="21419652" w14:textId="77777777" w:rsidR="004B5493" w:rsidRPr="003A77A0" w:rsidRDefault="004B5493" w:rsidP="003A77A0">
            <w:pPr>
              <w:contextualSpacing/>
              <w:rPr>
                <w:sz w:val="24"/>
                <w:szCs w:val="24"/>
              </w:rPr>
            </w:pPr>
          </w:p>
        </w:tc>
        <w:tc>
          <w:tcPr>
            <w:tcW w:w="3114" w:type="dxa"/>
          </w:tcPr>
          <w:p w14:paraId="6C309902" w14:textId="77777777" w:rsidR="004B5493" w:rsidRPr="003A77A0" w:rsidRDefault="004B5493" w:rsidP="003A77A0">
            <w:pPr>
              <w:contextualSpacing/>
              <w:rPr>
                <w:sz w:val="24"/>
                <w:szCs w:val="24"/>
              </w:rPr>
            </w:pPr>
          </w:p>
        </w:tc>
      </w:tr>
      <w:tr w:rsidR="004B5493" w:rsidRPr="003A77A0" w14:paraId="40D92693" w14:textId="77777777" w:rsidTr="003A77A0">
        <w:tc>
          <w:tcPr>
            <w:tcW w:w="2628" w:type="dxa"/>
          </w:tcPr>
          <w:p w14:paraId="61D4BFEE" w14:textId="77777777" w:rsidR="004B5493" w:rsidRPr="003A77A0" w:rsidRDefault="00000000" w:rsidP="003A77A0">
            <w:pPr>
              <w:contextualSpacing/>
              <w:rPr>
                <w:sz w:val="24"/>
                <w:szCs w:val="24"/>
              </w:rPr>
            </w:pPr>
            <w:r w:rsidRPr="003A77A0">
              <w:rPr>
                <w:sz w:val="24"/>
                <w:szCs w:val="24"/>
              </w:rPr>
              <w:t>SF</w:t>
            </w:r>
            <w:r w:rsidRPr="003A77A0">
              <w:rPr>
                <w:sz w:val="24"/>
                <w:szCs w:val="24"/>
                <w:vertAlign w:val="subscript"/>
              </w:rPr>
              <w:t>6</w:t>
            </w:r>
          </w:p>
        </w:tc>
        <w:tc>
          <w:tcPr>
            <w:tcW w:w="2628" w:type="dxa"/>
          </w:tcPr>
          <w:p w14:paraId="39D4044C" w14:textId="77777777" w:rsidR="004B5493" w:rsidRPr="003A77A0" w:rsidRDefault="004B5493" w:rsidP="003A77A0">
            <w:pPr>
              <w:contextualSpacing/>
              <w:rPr>
                <w:sz w:val="24"/>
                <w:szCs w:val="24"/>
              </w:rPr>
            </w:pPr>
          </w:p>
        </w:tc>
        <w:tc>
          <w:tcPr>
            <w:tcW w:w="2142" w:type="dxa"/>
          </w:tcPr>
          <w:p w14:paraId="15B5B499" w14:textId="77777777" w:rsidR="004B5493" w:rsidRPr="003A77A0" w:rsidRDefault="004B5493" w:rsidP="003A77A0">
            <w:pPr>
              <w:contextualSpacing/>
              <w:rPr>
                <w:sz w:val="24"/>
                <w:szCs w:val="24"/>
              </w:rPr>
            </w:pPr>
          </w:p>
        </w:tc>
        <w:tc>
          <w:tcPr>
            <w:tcW w:w="3114" w:type="dxa"/>
          </w:tcPr>
          <w:p w14:paraId="76DE1504" w14:textId="77777777" w:rsidR="004B5493" w:rsidRPr="003A77A0" w:rsidRDefault="004B5493" w:rsidP="003A77A0">
            <w:pPr>
              <w:contextualSpacing/>
              <w:rPr>
                <w:sz w:val="24"/>
                <w:szCs w:val="24"/>
              </w:rPr>
            </w:pPr>
          </w:p>
        </w:tc>
      </w:tr>
      <w:tr w:rsidR="004B5493" w:rsidRPr="003A77A0" w14:paraId="0319146F" w14:textId="77777777">
        <w:tc>
          <w:tcPr>
            <w:tcW w:w="5256" w:type="dxa"/>
            <w:gridSpan w:val="2"/>
          </w:tcPr>
          <w:p w14:paraId="65A9B36F" w14:textId="77777777" w:rsidR="004B5493" w:rsidRPr="003A77A0" w:rsidRDefault="00000000" w:rsidP="003A77A0">
            <w:pPr>
              <w:contextualSpacing/>
              <w:rPr>
                <w:sz w:val="24"/>
                <w:szCs w:val="24"/>
              </w:rPr>
            </w:pPr>
            <w:r w:rsidRPr="003A77A0">
              <w:rPr>
                <w:b/>
                <w:sz w:val="24"/>
                <w:szCs w:val="24"/>
              </w:rPr>
              <w:t>Covalent compound (formula)</w:t>
            </w:r>
          </w:p>
        </w:tc>
        <w:tc>
          <w:tcPr>
            <w:tcW w:w="5256" w:type="dxa"/>
            <w:gridSpan w:val="2"/>
          </w:tcPr>
          <w:p w14:paraId="3A55A7F4" w14:textId="77777777" w:rsidR="004B5493" w:rsidRPr="003A77A0" w:rsidRDefault="00000000" w:rsidP="003A77A0">
            <w:pPr>
              <w:contextualSpacing/>
              <w:rPr>
                <w:sz w:val="24"/>
                <w:szCs w:val="24"/>
              </w:rPr>
            </w:pPr>
            <w:r w:rsidRPr="003A77A0">
              <w:rPr>
                <w:b/>
                <w:sz w:val="24"/>
                <w:szCs w:val="24"/>
              </w:rPr>
              <w:t>Name it using prefixes</w:t>
            </w:r>
          </w:p>
        </w:tc>
      </w:tr>
      <w:tr w:rsidR="004B5493" w:rsidRPr="003A77A0" w14:paraId="48A7732B" w14:textId="77777777">
        <w:tc>
          <w:tcPr>
            <w:tcW w:w="5256" w:type="dxa"/>
            <w:gridSpan w:val="2"/>
          </w:tcPr>
          <w:p w14:paraId="7431A32A" w14:textId="77777777" w:rsidR="004B5493" w:rsidRPr="003A77A0" w:rsidRDefault="00000000" w:rsidP="003A77A0">
            <w:pPr>
              <w:contextualSpacing/>
              <w:rPr>
                <w:sz w:val="24"/>
                <w:szCs w:val="24"/>
              </w:rPr>
            </w:pPr>
            <w:r w:rsidRPr="003A77A0">
              <w:rPr>
                <w:sz w:val="24"/>
                <w:szCs w:val="24"/>
              </w:rPr>
              <w:t>CO</w:t>
            </w:r>
            <w:r w:rsidRPr="003A77A0">
              <w:rPr>
                <w:sz w:val="24"/>
                <w:szCs w:val="24"/>
                <w:vertAlign w:val="subscript"/>
              </w:rPr>
              <w:t>2</w:t>
            </w:r>
          </w:p>
        </w:tc>
        <w:tc>
          <w:tcPr>
            <w:tcW w:w="5256" w:type="dxa"/>
            <w:gridSpan w:val="2"/>
          </w:tcPr>
          <w:p w14:paraId="2F4D6EFC" w14:textId="77777777" w:rsidR="004B5493" w:rsidRPr="003A77A0" w:rsidRDefault="004B5493" w:rsidP="003A77A0">
            <w:pPr>
              <w:contextualSpacing/>
              <w:rPr>
                <w:sz w:val="24"/>
                <w:szCs w:val="24"/>
              </w:rPr>
            </w:pPr>
          </w:p>
        </w:tc>
      </w:tr>
      <w:tr w:rsidR="004B5493" w:rsidRPr="003A77A0" w14:paraId="4102BD58" w14:textId="77777777">
        <w:tc>
          <w:tcPr>
            <w:tcW w:w="5256" w:type="dxa"/>
            <w:gridSpan w:val="2"/>
          </w:tcPr>
          <w:p w14:paraId="5AFA063F" w14:textId="77777777" w:rsidR="004B5493" w:rsidRPr="003A77A0" w:rsidRDefault="00000000" w:rsidP="003A77A0">
            <w:pPr>
              <w:contextualSpacing/>
              <w:rPr>
                <w:sz w:val="24"/>
                <w:szCs w:val="24"/>
              </w:rPr>
            </w:pPr>
            <w:r w:rsidRPr="003A77A0">
              <w:rPr>
                <w:sz w:val="24"/>
                <w:szCs w:val="24"/>
              </w:rPr>
              <w:t>N</w:t>
            </w:r>
            <w:r w:rsidRPr="003A77A0">
              <w:rPr>
                <w:sz w:val="24"/>
                <w:szCs w:val="24"/>
                <w:vertAlign w:val="subscript"/>
              </w:rPr>
              <w:t>2</w:t>
            </w:r>
            <w:r w:rsidRPr="003A77A0">
              <w:rPr>
                <w:sz w:val="24"/>
                <w:szCs w:val="24"/>
              </w:rPr>
              <w:t>O</w:t>
            </w:r>
          </w:p>
        </w:tc>
        <w:tc>
          <w:tcPr>
            <w:tcW w:w="5256" w:type="dxa"/>
            <w:gridSpan w:val="2"/>
          </w:tcPr>
          <w:p w14:paraId="44CE7F9F" w14:textId="77777777" w:rsidR="004B5493" w:rsidRPr="003A77A0" w:rsidRDefault="004B5493" w:rsidP="003A77A0">
            <w:pPr>
              <w:contextualSpacing/>
              <w:rPr>
                <w:sz w:val="24"/>
                <w:szCs w:val="24"/>
              </w:rPr>
            </w:pPr>
          </w:p>
        </w:tc>
      </w:tr>
      <w:tr w:rsidR="004B5493" w:rsidRPr="003A77A0" w14:paraId="25851A80" w14:textId="77777777">
        <w:tc>
          <w:tcPr>
            <w:tcW w:w="5256" w:type="dxa"/>
            <w:gridSpan w:val="2"/>
          </w:tcPr>
          <w:p w14:paraId="2126B6DB" w14:textId="77777777" w:rsidR="004B5493" w:rsidRPr="003A77A0" w:rsidRDefault="00000000" w:rsidP="003A77A0">
            <w:pPr>
              <w:contextualSpacing/>
              <w:rPr>
                <w:sz w:val="24"/>
                <w:szCs w:val="24"/>
              </w:rPr>
            </w:pPr>
            <w:r w:rsidRPr="003A77A0">
              <w:rPr>
                <w:sz w:val="24"/>
                <w:szCs w:val="24"/>
              </w:rPr>
              <w:t>SO</w:t>
            </w:r>
            <w:r w:rsidRPr="003A77A0">
              <w:rPr>
                <w:sz w:val="24"/>
                <w:szCs w:val="24"/>
                <w:vertAlign w:val="subscript"/>
              </w:rPr>
              <w:t>3</w:t>
            </w:r>
          </w:p>
        </w:tc>
        <w:tc>
          <w:tcPr>
            <w:tcW w:w="5256" w:type="dxa"/>
            <w:gridSpan w:val="2"/>
          </w:tcPr>
          <w:p w14:paraId="6541B9E3" w14:textId="77777777" w:rsidR="004B5493" w:rsidRPr="003A77A0" w:rsidRDefault="004B5493" w:rsidP="003A77A0">
            <w:pPr>
              <w:contextualSpacing/>
              <w:rPr>
                <w:sz w:val="24"/>
                <w:szCs w:val="24"/>
              </w:rPr>
            </w:pPr>
          </w:p>
        </w:tc>
      </w:tr>
      <w:tr w:rsidR="004B5493" w:rsidRPr="003A77A0" w14:paraId="56C39FAA" w14:textId="77777777">
        <w:tc>
          <w:tcPr>
            <w:tcW w:w="5256" w:type="dxa"/>
            <w:gridSpan w:val="2"/>
          </w:tcPr>
          <w:p w14:paraId="7E565C97" w14:textId="77777777" w:rsidR="004B5493" w:rsidRPr="003A77A0" w:rsidRDefault="00000000" w:rsidP="003A77A0">
            <w:pPr>
              <w:contextualSpacing/>
              <w:rPr>
                <w:sz w:val="24"/>
                <w:szCs w:val="24"/>
              </w:rPr>
            </w:pPr>
            <w:r w:rsidRPr="003A77A0">
              <w:rPr>
                <w:sz w:val="24"/>
                <w:szCs w:val="24"/>
              </w:rPr>
              <w:t>P</w:t>
            </w:r>
            <w:r w:rsidRPr="003A77A0">
              <w:rPr>
                <w:sz w:val="24"/>
                <w:szCs w:val="24"/>
                <w:vertAlign w:val="subscript"/>
              </w:rPr>
              <w:t>2</w:t>
            </w:r>
            <w:r w:rsidRPr="003A77A0">
              <w:rPr>
                <w:sz w:val="24"/>
                <w:szCs w:val="24"/>
              </w:rPr>
              <w:t>O</w:t>
            </w:r>
            <w:r w:rsidRPr="003A77A0">
              <w:rPr>
                <w:sz w:val="24"/>
                <w:szCs w:val="24"/>
                <w:vertAlign w:val="subscript"/>
              </w:rPr>
              <w:t>5</w:t>
            </w:r>
          </w:p>
        </w:tc>
        <w:tc>
          <w:tcPr>
            <w:tcW w:w="5256" w:type="dxa"/>
            <w:gridSpan w:val="2"/>
          </w:tcPr>
          <w:p w14:paraId="522B009E" w14:textId="77777777" w:rsidR="004B5493" w:rsidRPr="003A77A0" w:rsidRDefault="004B5493" w:rsidP="003A77A0">
            <w:pPr>
              <w:contextualSpacing/>
              <w:rPr>
                <w:sz w:val="24"/>
                <w:szCs w:val="24"/>
              </w:rPr>
            </w:pPr>
          </w:p>
        </w:tc>
      </w:tr>
      <w:tr w:rsidR="004B5493" w:rsidRPr="003A77A0" w14:paraId="501BA9E5" w14:textId="77777777">
        <w:tc>
          <w:tcPr>
            <w:tcW w:w="5256" w:type="dxa"/>
            <w:gridSpan w:val="2"/>
          </w:tcPr>
          <w:p w14:paraId="29D116AC" w14:textId="77777777" w:rsidR="004B5493" w:rsidRPr="003A77A0" w:rsidRDefault="00000000" w:rsidP="003A77A0">
            <w:pPr>
              <w:contextualSpacing/>
              <w:rPr>
                <w:sz w:val="24"/>
                <w:szCs w:val="24"/>
              </w:rPr>
            </w:pPr>
            <w:r w:rsidRPr="003A77A0">
              <w:rPr>
                <w:sz w:val="24"/>
                <w:szCs w:val="24"/>
              </w:rPr>
              <w:t>N</w:t>
            </w:r>
            <w:r w:rsidRPr="003A77A0">
              <w:rPr>
                <w:sz w:val="24"/>
                <w:szCs w:val="24"/>
                <w:vertAlign w:val="subscript"/>
              </w:rPr>
              <w:t>2</w:t>
            </w:r>
            <w:r w:rsidRPr="003A77A0">
              <w:rPr>
                <w:sz w:val="24"/>
                <w:szCs w:val="24"/>
              </w:rPr>
              <w:t>O</w:t>
            </w:r>
            <w:r w:rsidRPr="003A77A0">
              <w:rPr>
                <w:sz w:val="24"/>
                <w:szCs w:val="24"/>
                <w:vertAlign w:val="subscript"/>
              </w:rPr>
              <w:t>4</w:t>
            </w:r>
          </w:p>
        </w:tc>
        <w:tc>
          <w:tcPr>
            <w:tcW w:w="5256" w:type="dxa"/>
            <w:gridSpan w:val="2"/>
          </w:tcPr>
          <w:p w14:paraId="555F9D20" w14:textId="77777777" w:rsidR="004B5493" w:rsidRPr="003A77A0" w:rsidRDefault="004B5493" w:rsidP="003A77A0">
            <w:pPr>
              <w:contextualSpacing/>
              <w:rPr>
                <w:sz w:val="24"/>
                <w:szCs w:val="24"/>
              </w:rPr>
            </w:pPr>
          </w:p>
        </w:tc>
      </w:tr>
      <w:tr w:rsidR="004B5493" w:rsidRPr="003A77A0" w14:paraId="1DEA7F8F" w14:textId="77777777">
        <w:tc>
          <w:tcPr>
            <w:tcW w:w="5256" w:type="dxa"/>
            <w:gridSpan w:val="2"/>
          </w:tcPr>
          <w:p w14:paraId="505184CA" w14:textId="77777777" w:rsidR="004B5493" w:rsidRPr="003A77A0" w:rsidRDefault="00000000" w:rsidP="003A77A0">
            <w:pPr>
              <w:contextualSpacing/>
              <w:rPr>
                <w:sz w:val="24"/>
                <w:szCs w:val="24"/>
              </w:rPr>
            </w:pPr>
            <w:r w:rsidRPr="003A77A0">
              <w:rPr>
                <w:b/>
                <w:sz w:val="24"/>
                <w:szCs w:val="24"/>
              </w:rPr>
              <w:t>Covalent compound (name)</w:t>
            </w:r>
          </w:p>
        </w:tc>
        <w:tc>
          <w:tcPr>
            <w:tcW w:w="5256" w:type="dxa"/>
            <w:gridSpan w:val="2"/>
          </w:tcPr>
          <w:p w14:paraId="626027FA" w14:textId="77777777" w:rsidR="004B5493" w:rsidRPr="003A77A0" w:rsidRDefault="00000000" w:rsidP="003A77A0">
            <w:pPr>
              <w:contextualSpacing/>
              <w:rPr>
                <w:sz w:val="24"/>
                <w:szCs w:val="24"/>
              </w:rPr>
            </w:pPr>
            <w:r w:rsidRPr="003A77A0">
              <w:rPr>
                <w:b/>
                <w:sz w:val="24"/>
                <w:szCs w:val="24"/>
              </w:rPr>
              <w:t>Write the formula</w:t>
            </w:r>
          </w:p>
        </w:tc>
      </w:tr>
      <w:tr w:rsidR="004B5493" w:rsidRPr="003A77A0" w14:paraId="2028F872" w14:textId="77777777">
        <w:tc>
          <w:tcPr>
            <w:tcW w:w="5256" w:type="dxa"/>
            <w:gridSpan w:val="2"/>
          </w:tcPr>
          <w:p w14:paraId="482C4D57" w14:textId="77777777" w:rsidR="004B5493" w:rsidRPr="003A77A0" w:rsidRDefault="00000000" w:rsidP="003A77A0">
            <w:pPr>
              <w:contextualSpacing/>
              <w:rPr>
                <w:sz w:val="24"/>
                <w:szCs w:val="24"/>
              </w:rPr>
            </w:pPr>
            <w:r w:rsidRPr="003A77A0">
              <w:rPr>
                <w:sz w:val="24"/>
                <w:szCs w:val="24"/>
              </w:rPr>
              <w:t>Carbon tetrachloride</w:t>
            </w:r>
          </w:p>
        </w:tc>
        <w:tc>
          <w:tcPr>
            <w:tcW w:w="5256" w:type="dxa"/>
            <w:gridSpan w:val="2"/>
          </w:tcPr>
          <w:p w14:paraId="669FEBE1" w14:textId="77777777" w:rsidR="004B5493" w:rsidRPr="003A77A0" w:rsidRDefault="004B5493" w:rsidP="003A77A0">
            <w:pPr>
              <w:contextualSpacing/>
              <w:rPr>
                <w:sz w:val="24"/>
                <w:szCs w:val="24"/>
              </w:rPr>
            </w:pPr>
          </w:p>
        </w:tc>
      </w:tr>
      <w:tr w:rsidR="004B5493" w:rsidRPr="003A77A0" w14:paraId="073673C9" w14:textId="77777777">
        <w:tc>
          <w:tcPr>
            <w:tcW w:w="5256" w:type="dxa"/>
            <w:gridSpan w:val="2"/>
          </w:tcPr>
          <w:p w14:paraId="5ED001DB" w14:textId="77777777" w:rsidR="004B5493" w:rsidRPr="003A77A0" w:rsidRDefault="00000000" w:rsidP="003A77A0">
            <w:pPr>
              <w:contextualSpacing/>
              <w:rPr>
                <w:sz w:val="24"/>
                <w:szCs w:val="24"/>
              </w:rPr>
            </w:pPr>
            <w:r w:rsidRPr="003A77A0">
              <w:rPr>
                <w:sz w:val="24"/>
                <w:szCs w:val="24"/>
              </w:rPr>
              <w:t>Sulfur hexafluoride</w:t>
            </w:r>
          </w:p>
        </w:tc>
        <w:tc>
          <w:tcPr>
            <w:tcW w:w="5256" w:type="dxa"/>
            <w:gridSpan w:val="2"/>
          </w:tcPr>
          <w:p w14:paraId="6CE42398" w14:textId="77777777" w:rsidR="004B5493" w:rsidRPr="003A77A0" w:rsidRDefault="004B5493" w:rsidP="003A77A0">
            <w:pPr>
              <w:contextualSpacing/>
              <w:rPr>
                <w:sz w:val="24"/>
                <w:szCs w:val="24"/>
              </w:rPr>
            </w:pPr>
          </w:p>
        </w:tc>
      </w:tr>
      <w:tr w:rsidR="004B5493" w:rsidRPr="003A77A0" w14:paraId="69F800CE" w14:textId="77777777">
        <w:tc>
          <w:tcPr>
            <w:tcW w:w="5256" w:type="dxa"/>
            <w:gridSpan w:val="2"/>
          </w:tcPr>
          <w:p w14:paraId="4F049958" w14:textId="77777777" w:rsidR="004B5493" w:rsidRPr="003A77A0" w:rsidRDefault="00000000" w:rsidP="003A77A0">
            <w:pPr>
              <w:contextualSpacing/>
              <w:rPr>
                <w:sz w:val="24"/>
                <w:szCs w:val="24"/>
              </w:rPr>
            </w:pPr>
            <w:r w:rsidRPr="003A77A0">
              <w:rPr>
                <w:sz w:val="24"/>
                <w:szCs w:val="24"/>
              </w:rPr>
              <w:t>Nitrogen monoxide</w:t>
            </w:r>
          </w:p>
        </w:tc>
        <w:tc>
          <w:tcPr>
            <w:tcW w:w="5256" w:type="dxa"/>
            <w:gridSpan w:val="2"/>
          </w:tcPr>
          <w:p w14:paraId="7E7BAF10" w14:textId="77777777" w:rsidR="004B5493" w:rsidRPr="003A77A0" w:rsidRDefault="004B5493" w:rsidP="003A77A0">
            <w:pPr>
              <w:contextualSpacing/>
              <w:rPr>
                <w:sz w:val="24"/>
                <w:szCs w:val="24"/>
              </w:rPr>
            </w:pPr>
          </w:p>
        </w:tc>
      </w:tr>
      <w:tr w:rsidR="004B5493" w:rsidRPr="003A77A0" w14:paraId="562337A8" w14:textId="77777777">
        <w:tc>
          <w:tcPr>
            <w:tcW w:w="5256" w:type="dxa"/>
            <w:gridSpan w:val="2"/>
          </w:tcPr>
          <w:p w14:paraId="6A43D2BF" w14:textId="77777777" w:rsidR="004B5493" w:rsidRPr="003A77A0" w:rsidRDefault="00000000" w:rsidP="003A77A0">
            <w:pPr>
              <w:contextualSpacing/>
              <w:rPr>
                <w:sz w:val="24"/>
                <w:szCs w:val="24"/>
              </w:rPr>
            </w:pPr>
            <w:r w:rsidRPr="003A77A0">
              <w:rPr>
                <w:sz w:val="24"/>
                <w:szCs w:val="24"/>
              </w:rPr>
              <w:t>Carbon disulfide</w:t>
            </w:r>
          </w:p>
        </w:tc>
        <w:tc>
          <w:tcPr>
            <w:tcW w:w="5256" w:type="dxa"/>
            <w:gridSpan w:val="2"/>
          </w:tcPr>
          <w:p w14:paraId="46F8E984" w14:textId="77777777" w:rsidR="004B5493" w:rsidRPr="003A77A0" w:rsidRDefault="004B5493" w:rsidP="003A77A0">
            <w:pPr>
              <w:contextualSpacing/>
              <w:rPr>
                <w:sz w:val="24"/>
                <w:szCs w:val="24"/>
              </w:rPr>
            </w:pPr>
          </w:p>
        </w:tc>
      </w:tr>
      <w:tr w:rsidR="004B5493" w:rsidRPr="003A77A0" w14:paraId="5745EC9B" w14:textId="77777777">
        <w:tc>
          <w:tcPr>
            <w:tcW w:w="5256" w:type="dxa"/>
            <w:gridSpan w:val="2"/>
          </w:tcPr>
          <w:p w14:paraId="201B058B" w14:textId="77777777" w:rsidR="004B5493" w:rsidRPr="003A77A0" w:rsidRDefault="00000000" w:rsidP="003A77A0">
            <w:pPr>
              <w:contextualSpacing/>
              <w:rPr>
                <w:sz w:val="24"/>
                <w:szCs w:val="24"/>
              </w:rPr>
            </w:pPr>
            <w:r w:rsidRPr="003A77A0">
              <w:rPr>
                <w:b/>
                <w:sz w:val="24"/>
                <w:szCs w:val="24"/>
              </w:rPr>
              <w:t>Ionic compound (formula)</w:t>
            </w:r>
          </w:p>
        </w:tc>
        <w:tc>
          <w:tcPr>
            <w:tcW w:w="5256" w:type="dxa"/>
            <w:gridSpan w:val="2"/>
          </w:tcPr>
          <w:p w14:paraId="47B07359" w14:textId="77777777" w:rsidR="004B5493" w:rsidRPr="003A77A0" w:rsidRDefault="00000000" w:rsidP="003A77A0">
            <w:pPr>
              <w:contextualSpacing/>
              <w:rPr>
                <w:sz w:val="24"/>
                <w:szCs w:val="24"/>
              </w:rPr>
            </w:pPr>
            <w:r w:rsidRPr="003A77A0">
              <w:rPr>
                <w:b/>
                <w:sz w:val="24"/>
                <w:szCs w:val="24"/>
              </w:rPr>
              <w:t>Name it using '-ide'</w:t>
            </w:r>
          </w:p>
        </w:tc>
      </w:tr>
      <w:tr w:rsidR="004B5493" w:rsidRPr="003A77A0" w14:paraId="2BE142DF" w14:textId="77777777">
        <w:tc>
          <w:tcPr>
            <w:tcW w:w="5256" w:type="dxa"/>
            <w:gridSpan w:val="2"/>
          </w:tcPr>
          <w:p w14:paraId="3092D6E4" w14:textId="77777777" w:rsidR="004B5493" w:rsidRPr="003A77A0" w:rsidRDefault="00000000" w:rsidP="003A77A0">
            <w:pPr>
              <w:contextualSpacing/>
              <w:rPr>
                <w:sz w:val="24"/>
                <w:szCs w:val="24"/>
              </w:rPr>
            </w:pPr>
            <w:r w:rsidRPr="003A77A0">
              <w:rPr>
                <w:sz w:val="24"/>
                <w:szCs w:val="24"/>
              </w:rPr>
              <w:t>MgF</w:t>
            </w:r>
            <w:r w:rsidRPr="003A77A0">
              <w:rPr>
                <w:sz w:val="24"/>
                <w:szCs w:val="24"/>
                <w:vertAlign w:val="subscript"/>
              </w:rPr>
              <w:t>2</w:t>
            </w:r>
          </w:p>
        </w:tc>
        <w:tc>
          <w:tcPr>
            <w:tcW w:w="5256" w:type="dxa"/>
            <w:gridSpan w:val="2"/>
          </w:tcPr>
          <w:p w14:paraId="0C4AC7D7" w14:textId="77777777" w:rsidR="004B5493" w:rsidRPr="003A77A0" w:rsidRDefault="004B5493" w:rsidP="003A77A0">
            <w:pPr>
              <w:contextualSpacing/>
              <w:rPr>
                <w:sz w:val="24"/>
                <w:szCs w:val="24"/>
              </w:rPr>
            </w:pPr>
          </w:p>
        </w:tc>
      </w:tr>
      <w:tr w:rsidR="004B5493" w:rsidRPr="003A77A0" w14:paraId="39EA15D7" w14:textId="77777777">
        <w:tc>
          <w:tcPr>
            <w:tcW w:w="5256" w:type="dxa"/>
            <w:gridSpan w:val="2"/>
          </w:tcPr>
          <w:p w14:paraId="7BCF2E97" w14:textId="77777777" w:rsidR="004B5493" w:rsidRPr="003A77A0" w:rsidRDefault="00000000" w:rsidP="003A77A0">
            <w:pPr>
              <w:contextualSpacing/>
              <w:rPr>
                <w:sz w:val="24"/>
                <w:szCs w:val="24"/>
              </w:rPr>
            </w:pPr>
            <w:r w:rsidRPr="003A77A0">
              <w:rPr>
                <w:sz w:val="24"/>
                <w:szCs w:val="24"/>
              </w:rPr>
              <w:t>KBr</w:t>
            </w:r>
          </w:p>
        </w:tc>
        <w:tc>
          <w:tcPr>
            <w:tcW w:w="5256" w:type="dxa"/>
            <w:gridSpan w:val="2"/>
          </w:tcPr>
          <w:p w14:paraId="563B3EEE" w14:textId="77777777" w:rsidR="004B5493" w:rsidRPr="003A77A0" w:rsidRDefault="004B5493" w:rsidP="003A77A0">
            <w:pPr>
              <w:contextualSpacing/>
              <w:rPr>
                <w:sz w:val="24"/>
                <w:szCs w:val="24"/>
              </w:rPr>
            </w:pPr>
          </w:p>
        </w:tc>
      </w:tr>
      <w:tr w:rsidR="004B5493" w:rsidRPr="003A77A0" w14:paraId="652AD654" w14:textId="77777777">
        <w:tc>
          <w:tcPr>
            <w:tcW w:w="5256" w:type="dxa"/>
            <w:gridSpan w:val="2"/>
          </w:tcPr>
          <w:p w14:paraId="6454A9BA" w14:textId="77777777" w:rsidR="004B5493" w:rsidRPr="003A77A0" w:rsidRDefault="00000000" w:rsidP="003A77A0">
            <w:pPr>
              <w:contextualSpacing/>
              <w:rPr>
                <w:sz w:val="24"/>
                <w:szCs w:val="24"/>
              </w:rPr>
            </w:pPr>
            <w:r w:rsidRPr="003A77A0">
              <w:rPr>
                <w:sz w:val="24"/>
                <w:szCs w:val="24"/>
              </w:rPr>
              <w:t>MgO</w:t>
            </w:r>
          </w:p>
        </w:tc>
        <w:tc>
          <w:tcPr>
            <w:tcW w:w="5256" w:type="dxa"/>
            <w:gridSpan w:val="2"/>
          </w:tcPr>
          <w:p w14:paraId="1F002F7F" w14:textId="77777777" w:rsidR="004B5493" w:rsidRPr="003A77A0" w:rsidRDefault="004B5493" w:rsidP="003A77A0">
            <w:pPr>
              <w:contextualSpacing/>
              <w:rPr>
                <w:sz w:val="24"/>
                <w:szCs w:val="24"/>
              </w:rPr>
            </w:pPr>
          </w:p>
        </w:tc>
      </w:tr>
      <w:tr w:rsidR="004B5493" w:rsidRPr="003A77A0" w14:paraId="3C89318D" w14:textId="77777777">
        <w:tc>
          <w:tcPr>
            <w:tcW w:w="5256" w:type="dxa"/>
            <w:gridSpan w:val="2"/>
          </w:tcPr>
          <w:p w14:paraId="376D4163" w14:textId="77777777" w:rsidR="004B5493" w:rsidRPr="003A77A0" w:rsidRDefault="00000000" w:rsidP="003A77A0">
            <w:pPr>
              <w:contextualSpacing/>
              <w:rPr>
                <w:sz w:val="24"/>
                <w:szCs w:val="24"/>
              </w:rPr>
            </w:pPr>
            <w:proofErr w:type="spellStart"/>
            <w:r w:rsidRPr="003A77A0">
              <w:rPr>
                <w:sz w:val="24"/>
                <w:szCs w:val="24"/>
              </w:rPr>
              <w:t>NaF</w:t>
            </w:r>
            <w:proofErr w:type="spellEnd"/>
          </w:p>
        </w:tc>
        <w:tc>
          <w:tcPr>
            <w:tcW w:w="5256" w:type="dxa"/>
            <w:gridSpan w:val="2"/>
          </w:tcPr>
          <w:p w14:paraId="757249E1" w14:textId="77777777" w:rsidR="004B5493" w:rsidRPr="003A77A0" w:rsidRDefault="004B5493" w:rsidP="003A77A0">
            <w:pPr>
              <w:contextualSpacing/>
              <w:rPr>
                <w:sz w:val="24"/>
                <w:szCs w:val="24"/>
              </w:rPr>
            </w:pPr>
          </w:p>
        </w:tc>
      </w:tr>
      <w:tr w:rsidR="004B5493" w:rsidRPr="003A77A0" w14:paraId="3C117F87" w14:textId="77777777">
        <w:tc>
          <w:tcPr>
            <w:tcW w:w="5256" w:type="dxa"/>
            <w:gridSpan w:val="2"/>
          </w:tcPr>
          <w:p w14:paraId="763ECEF4" w14:textId="77777777" w:rsidR="004B5493" w:rsidRPr="003A77A0" w:rsidRDefault="00000000" w:rsidP="003A77A0">
            <w:pPr>
              <w:contextualSpacing/>
              <w:rPr>
                <w:sz w:val="24"/>
                <w:szCs w:val="24"/>
              </w:rPr>
            </w:pPr>
            <w:r w:rsidRPr="003A77A0">
              <w:rPr>
                <w:b/>
                <w:sz w:val="24"/>
                <w:szCs w:val="24"/>
              </w:rPr>
              <w:t>Ionic compound (name)</w:t>
            </w:r>
          </w:p>
        </w:tc>
        <w:tc>
          <w:tcPr>
            <w:tcW w:w="5256" w:type="dxa"/>
            <w:gridSpan w:val="2"/>
          </w:tcPr>
          <w:p w14:paraId="62965396" w14:textId="77777777" w:rsidR="004B5493" w:rsidRPr="003A77A0" w:rsidRDefault="00000000" w:rsidP="003A77A0">
            <w:pPr>
              <w:contextualSpacing/>
              <w:rPr>
                <w:sz w:val="24"/>
                <w:szCs w:val="24"/>
              </w:rPr>
            </w:pPr>
            <w:r w:rsidRPr="003A77A0">
              <w:rPr>
                <w:b/>
                <w:sz w:val="24"/>
                <w:szCs w:val="24"/>
              </w:rPr>
              <w:t>Write the formula</w:t>
            </w:r>
          </w:p>
        </w:tc>
      </w:tr>
      <w:tr w:rsidR="004B5493" w:rsidRPr="003A77A0" w14:paraId="069F979E" w14:textId="77777777">
        <w:tc>
          <w:tcPr>
            <w:tcW w:w="5256" w:type="dxa"/>
            <w:gridSpan w:val="2"/>
          </w:tcPr>
          <w:p w14:paraId="06563650" w14:textId="77777777" w:rsidR="004B5493" w:rsidRPr="003A77A0" w:rsidRDefault="00000000" w:rsidP="003A77A0">
            <w:pPr>
              <w:contextualSpacing/>
              <w:rPr>
                <w:sz w:val="24"/>
                <w:szCs w:val="24"/>
              </w:rPr>
            </w:pPr>
            <w:r w:rsidRPr="003A77A0">
              <w:rPr>
                <w:sz w:val="24"/>
                <w:szCs w:val="24"/>
              </w:rPr>
              <w:t>Sodium chloride</w:t>
            </w:r>
          </w:p>
        </w:tc>
        <w:tc>
          <w:tcPr>
            <w:tcW w:w="5256" w:type="dxa"/>
            <w:gridSpan w:val="2"/>
          </w:tcPr>
          <w:p w14:paraId="346E4D7E" w14:textId="77777777" w:rsidR="004B5493" w:rsidRPr="003A77A0" w:rsidRDefault="004B5493" w:rsidP="003A77A0">
            <w:pPr>
              <w:contextualSpacing/>
              <w:rPr>
                <w:sz w:val="24"/>
                <w:szCs w:val="24"/>
              </w:rPr>
            </w:pPr>
          </w:p>
        </w:tc>
      </w:tr>
      <w:tr w:rsidR="004B5493" w:rsidRPr="003A77A0" w14:paraId="79702C31" w14:textId="77777777">
        <w:tc>
          <w:tcPr>
            <w:tcW w:w="5256" w:type="dxa"/>
            <w:gridSpan w:val="2"/>
          </w:tcPr>
          <w:p w14:paraId="33884EC2" w14:textId="77777777" w:rsidR="004B5493" w:rsidRPr="003A77A0" w:rsidRDefault="00000000" w:rsidP="003A77A0">
            <w:pPr>
              <w:contextualSpacing/>
              <w:rPr>
                <w:sz w:val="24"/>
                <w:szCs w:val="24"/>
              </w:rPr>
            </w:pPr>
            <w:r w:rsidRPr="003A77A0">
              <w:rPr>
                <w:sz w:val="24"/>
                <w:szCs w:val="24"/>
              </w:rPr>
              <w:lastRenderedPageBreak/>
              <w:t>Calcium sulfide</w:t>
            </w:r>
          </w:p>
        </w:tc>
        <w:tc>
          <w:tcPr>
            <w:tcW w:w="5256" w:type="dxa"/>
            <w:gridSpan w:val="2"/>
          </w:tcPr>
          <w:p w14:paraId="0F423176" w14:textId="77777777" w:rsidR="004B5493" w:rsidRPr="003A77A0" w:rsidRDefault="004B5493" w:rsidP="003A77A0">
            <w:pPr>
              <w:contextualSpacing/>
              <w:rPr>
                <w:sz w:val="24"/>
                <w:szCs w:val="24"/>
              </w:rPr>
            </w:pPr>
          </w:p>
        </w:tc>
      </w:tr>
      <w:tr w:rsidR="004B5493" w:rsidRPr="003A77A0" w14:paraId="755DBFCD" w14:textId="77777777">
        <w:tc>
          <w:tcPr>
            <w:tcW w:w="5256" w:type="dxa"/>
            <w:gridSpan w:val="2"/>
          </w:tcPr>
          <w:p w14:paraId="5F5C5A12" w14:textId="77777777" w:rsidR="004B5493" w:rsidRPr="003A77A0" w:rsidRDefault="00000000" w:rsidP="003A77A0">
            <w:pPr>
              <w:contextualSpacing/>
              <w:rPr>
                <w:sz w:val="24"/>
                <w:szCs w:val="24"/>
              </w:rPr>
            </w:pPr>
            <w:r w:rsidRPr="003A77A0">
              <w:rPr>
                <w:sz w:val="24"/>
                <w:szCs w:val="24"/>
              </w:rPr>
              <w:t>Aluminum chloride</w:t>
            </w:r>
          </w:p>
        </w:tc>
        <w:tc>
          <w:tcPr>
            <w:tcW w:w="5256" w:type="dxa"/>
            <w:gridSpan w:val="2"/>
          </w:tcPr>
          <w:p w14:paraId="74F8518F" w14:textId="77777777" w:rsidR="004B5493" w:rsidRPr="003A77A0" w:rsidRDefault="004B5493" w:rsidP="003A77A0">
            <w:pPr>
              <w:contextualSpacing/>
              <w:rPr>
                <w:sz w:val="24"/>
                <w:szCs w:val="24"/>
              </w:rPr>
            </w:pPr>
          </w:p>
        </w:tc>
      </w:tr>
      <w:tr w:rsidR="004B5493" w:rsidRPr="003A77A0" w14:paraId="121F5502" w14:textId="77777777">
        <w:tc>
          <w:tcPr>
            <w:tcW w:w="5256" w:type="dxa"/>
            <w:gridSpan w:val="2"/>
          </w:tcPr>
          <w:p w14:paraId="28940832" w14:textId="77777777" w:rsidR="004B5493" w:rsidRPr="003A77A0" w:rsidRDefault="00000000" w:rsidP="003A77A0">
            <w:pPr>
              <w:contextualSpacing/>
              <w:rPr>
                <w:sz w:val="24"/>
                <w:szCs w:val="24"/>
              </w:rPr>
            </w:pPr>
            <w:r w:rsidRPr="003A77A0">
              <w:rPr>
                <w:sz w:val="24"/>
                <w:szCs w:val="24"/>
              </w:rPr>
              <w:t>Lithium iodide</w:t>
            </w:r>
          </w:p>
        </w:tc>
        <w:tc>
          <w:tcPr>
            <w:tcW w:w="5256" w:type="dxa"/>
            <w:gridSpan w:val="2"/>
          </w:tcPr>
          <w:p w14:paraId="520B2F38" w14:textId="77777777" w:rsidR="004B5493" w:rsidRPr="003A77A0" w:rsidRDefault="004B5493" w:rsidP="003A77A0">
            <w:pPr>
              <w:contextualSpacing/>
              <w:rPr>
                <w:sz w:val="24"/>
                <w:szCs w:val="24"/>
              </w:rPr>
            </w:pPr>
          </w:p>
        </w:tc>
      </w:tr>
    </w:tbl>
    <w:p w14:paraId="428CAD5D" w14:textId="77777777" w:rsidR="003A77A0" w:rsidRDefault="003A77A0" w:rsidP="003A77A0">
      <w:pPr>
        <w:spacing w:line="240" w:lineRule="auto"/>
        <w:contextualSpacing/>
        <w:rPr>
          <w:b/>
          <w:sz w:val="24"/>
          <w:szCs w:val="24"/>
        </w:rPr>
      </w:pPr>
    </w:p>
    <w:p w14:paraId="570CE326" w14:textId="15539520" w:rsidR="004B5493" w:rsidRPr="003A77A0" w:rsidRDefault="00000000" w:rsidP="003A77A0">
      <w:pPr>
        <w:spacing w:line="240" w:lineRule="auto"/>
        <w:contextualSpacing/>
        <w:rPr>
          <w:sz w:val="24"/>
          <w:szCs w:val="24"/>
        </w:rPr>
      </w:pPr>
      <w:r w:rsidRPr="003A77A0">
        <w:rPr>
          <w:b/>
          <w:sz w:val="24"/>
          <w:szCs w:val="24"/>
        </w:rPr>
        <w:t xml:space="preserve">Mixed practice - choose the correct system: </w:t>
      </w:r>
    </w:p>
    <w:tbl>
      <w:tblPr>
        <w:tblStyle w:val="TableGrid"/>
        <w:tblW w:w="0" w:type="auto"/>
        <w:tblLook w:val="04A0" w:firstRow="1" w:lastRow="0" w:firstColumn="1" w:lastColumn="0" w:noHBand="0" w:noVBand="1"/>
      </w:tblPr>
      <w:tblGrid>
        <w:gridCol w:w="5256"/>
        <w:gridCol w:w="5256"/>
      </w:tblGrid>
      <w:tr w:rsidR="004B5493" w:rsidRPr="003A77A0" w14:paraId="7CFA66E2" w14:textId="77777777">
        <w:tc>
          <w:tcPr>
            <w:tcW w:w="5256" w:type="dxa"/>
          </w:tcPr>
          <w:p w14:paraId="24731634" w14:textId="77777777" w:rsidR="004B5493" w:rsidRPr="003A77A0" w:rsidRDefault="00000000" w:rsidP="003A77A0">
            <w:pPr>
              <w:contextualSpacing/>
              <w:rPr>
                <w:sz w:val="24"/>
                <w:szCs w:val="24"/>
              </w:rPr>
            </w:pPr>
            <w:r w:rsidRPr="003A77A0">
              <w:rPr>
                <w:b/>
                <w:sz w:val="24"/>
                <w:szCs w:val="24"/>
              </w:rPr>
              <w:t>Item</w:t>
            </w:r>
          </w:p>
        </w:tc>
        <w:tc>
          <w:tcPr>
            <w:tcW w:w="5256" w:type="dxa"/>
          </w:tcPr>
          <w:p w14:paraId="6E2783DB" w14:textId="77777777" w:rsidR="004B5493" w:rsidRPr="003A77A0" w:rsidRDefault="00000000" w:rsidP="003A77A0">
            <w:pPr>
              <w:contextualSpacing/>
              <w:rPr>
                <w:sz w:val="24"/>
                <w:szCs w:val="24"/>
              </w:rPr>
            </w:pPr>
            <w:r w:rsidRPr="003A77A0">
              <w:rPr>
                <w:b/>
                <w:sz w:val="24"/>
                <w:szCs w:val="24"/>
              </w:rPr>
              <w:t>Name or formula (choose the right system)</w:t>
            </w:r>
          </w:p>
        </w:tc>
      </w:tr>
      <w:tr w:rsidR="004B5493" w:rsidRPr="003A77A0" w14:paraId="6FBE7DFD" w14:textId="77777777">
        <w:tc>
          <w:tcPr>
            <w:tcW w:w="5256" w:type="dxa"/>
          </w:tcPr>
          <w:p w14:paraId="2D49F5E5" w14:textId="77777777" w:rsidR="004B5493" w:rsidRPr="003A77A0" w:rsidRDefault="00000000" w:rsidP="003A77A0">
            <w:pPr>
              <w:contextualSpacing/>
              <w:rPr>
                <w:sz w:val="24"/>
                <w:szCs w:val="24"/>
              </w:rPr>
            </w:pPr>
            <w:r w:rsidRPr="003A77A0">
              <w:rPr>
                <w:sz w:val="24"/>
                <w:szCs w:val="24"/>
              </w:rPr>
              <w:t>Write the formula for sodium oxide</w:t>
            </w:r>
          </w:p>
        </w:tc>
        <w:tc>
          <w:tcPr>
            <w:tcW w:w="5256" w:type="dxa"/>
          </w:tcPr>
          <w:p w14:paraId="096B2D88" w14:textId="77777777" w:rsidR="004B5493" w:rsidRPr="003A77A0" w:rsidRDefault="004B5493" w:rsidP="003A77A0">
            <w:pPr>
              <w:contextualSpacing/>
              <w:rPr>
                <w:sz w:val="24"/>
                <w:szCs w:val="24"/>
              </w:rPr>
            </w:pPr>
          </w:p>
        </w:tc>
      </w:tr>
      <w:tr w:rsidR="004B5493" w:rsidRPr="003A77A0" w14:paraId="391E2C8E" w14:textId="77777777">
        <w:tc>
          <w:tcPr>
            <w:tcW w:w="5256" w:type="dxa"/>
          </w:tcPr>
          <w:p w14:paraId="79F44CF7" w14:textId="77777777" w:rsidR="004B5493" w:rsidRPr="003A77A0" w:rsidRDefault="00000000" w:rsidP="003A77A0">
            <w:pPr>
              <w:contextualSpacing/>
              <w:rPr>
                <w:sz w:val="24"/>
                <w:szCs w:val="24"/>
              </w:rPr>
            </w:pPr>
            <w:r w:rsidRPr="003A77A0">
              <w:rPr>
                <w:sz w:val="24"/>
                <w:szCs w:val="24"/>
              </w:rPr>
              <w:t>Name K</w:t>
            </w:r>
            <w:r w:rsidRPr="003A77A0">
              <w:rPr>
                <w:sz w:val="24"/>
                <w:szCs w:val="24"/>
                <w:vertAlign w:val="subscript"/>
              </w:rPr>
              <w:t>2</w:t>
            </w:r>
            <w:r w:rsidRPr="003A77A0">
              <w:rPr>
                <w:sz w:val="24"/>
                <w:szCs w:val="24"/>
              </w:rPr>
              <w:t>S</w:t>
            </w:r>
          </w:p>
        </w:tc>
        <w:tc>
          <w:tcPr>
            <w:tcW w:w="5256" w:type="dxa"/>
          </w:tcPr>
          <w:p w14:paraId="2C399BE3" w14:textId="77777777" w:rsidR="004B5493" w:rsidRPr="003A77A0" w:rsidRDefault="004B5493" w:rsidP="003A77A0">
            <w:pPr>
              <w:contextualSpacing/>
              <w:rPr>
                <w:sz w:val="24"/>
                <w:szCs w:val="24"/>
              </w:rPr>
            </w:pPr>
          </w:p>
        </w:tc>
      </w:tr>
      <w:tr w:rsidR="004B5493" w:rsidRPr="003A77A0" w14:paraId="6577EC18" w14:textId="77777777">
        <w:tc>
          <w:tcPr>
            <w:tcW w:w="5256" w:type="dxa"/>
          </w:tcPr>
          <w:p w14:paraId="55A01C4D" w14:textId="77777777" w:rsidR="004B5493" w:rsidRPr="003A77A0" w:rsidRDefault="00000000" w:rsidP="003A77A0">
            <w:pPr>
              <w:contextualSpacing/>
              <w:rPr>
                <w:sz w:val="24"/>
                <w:szCs w:val="24"/>
              </w:rPr>
            </w:pPr>
            <w:r w:rsidRPr="003A77A0">
              <w:rPr>
                <w:sz w:val="24"/>
                <w:szCs w:val="24"/>
              </w:rPr>
              <w:t>Name N</w:t>
            </w:r>
            <w:r w:rsidRPr="003A77A0">
              <w:rPr>
                <w:sz w:val="24"/>
                <w:szCs w:val="24"/>
                <w:vertAlign w:val="subscript"/>
              </w:rPr>
              <w:t>2</w:t>
            </w:r>
            <w:r w:rsidRPr="003A77A0">
              <w:rPr>
                <w:sz w:val="24"/>
                <w:szCs w:val="24"/>
              </w:rPr>
              <w:t>O</w:t>
            </w:r>
            <w:r w:rsidRPr="003A77A0">
              <w:rPr>
                <w:sz w:val="24"/>
                <w:szCs w:val="24"/>
                <w:vertAlign w:val="subscript"/>
              </w:rPr>
              <w:t>5</w:t>
            </w:r>
          </w:p>
        </w:tc>
        <w:tc>
          <w:tcPr>
            <w:tcW w:w="5256" w:type="dxa"/>
          </w:tcPr>
          <w:p w14:paraId="7A6A9235" w14:textId="77777777" w:rsidR="004B5493" w:rsidRPr="003A77A0" w:rsidRDefault="004B5493" w:rsidP="003A77A0">
            <w:pPr>
              <w:contextualSpacing/>
              <w:rPr>
                <w:sz w:val="24"/>
                <w:szCs w:val="24"/>
              </w:rPr>
            </w:pPr>
          </w:p>
        </w:tc>
      </w:tr>
      <w:tr w:rsidR="004B5493" w:rsidRPr="003A77A0" w14:paraId="03D8271A" w14:textId="77777777">
        <w:tc>
          <w:tcPr>
            <w:tcW w:w="5256" w:type="dxa"/>
          </w:tcPr>
          <w:p w14:paraId="44A943D6" w14:textId="77777777" w:rsidR="004B5493" w:rsidRPr="003A77A0" w:rsidRDefault="00000000" w:rsidP="003A77A0">
            <w:pPr>
              <w:contextualSpacing/>
              <w:rPr>
                <w:sz w:val="24"/>
                <w:szCs w:val="24"/>
              </w:rPr>
            </w:pPr>
            <w:r w:rsidRPr="003A77A0">
              <w:rPr>
                <w:sz w:val="24"/>
                <w:szCs w:val="24"/>
              </w:rPr>
              <w:t>Name MgBr</w:t>
            </w:r>
            <w:r w:rsidRPr="003A77A0">
              <w:rPr>
                <w:sz w:val="24"/>
                <w:szCs w:val="24"/>
                <w:vertAlign w:val="subscript"/>
              </w:rPr>
              <w:t>2</w:t>
            </w:r>
          </w:p>
        </w:tc>
        <w:tc>
          <w:tcPr>
            <w:tcW w:w="5256" w:type="dxa"/>
          </w:tcPr>
          <w:p w14:paraId="2C9C50E5" w14:textId="77777777" w:rsidR="004B5493" w:rsidRPr="003A77A0" w:rsidRDefault="004B5493" w:rsidP="003A77A0">
            <w:pPr>
              <w:contextualSpacing/>
              <w:rPr>
                <w:sz w:val="24"/>
                <w:szCs w:val="24"/>
              </w:rPr>
            </w:pPr>
          </w:p>
        </w:tc>
      </w:tr>
    </w:tbl>
    <w:p w14:paraId="3DB1AF30" w14:textId="77777777" w:rsidR="003A77A0" w:rsidRDefault="003A77A0" w:rsidP="003A77A0">
      <w:pPr>
        <w:spacing w:line="240" w:lineRule="auto"/>
        <w:contextualSpacing/>
        <w:rPr>
          <w:b/>
          <w:sz w:val="24"/>
          <w:szCs w:val="24"/>
        </w:rPr>
      </w:pPr>
    </w:p>
    <w:p w14:paraId="1C0FCBF3" w14:textId="77777777" w:rsidR="003A77A0" w:rsidRDefault="003A77A0" w:rsidP="003A77A0">
      <w:pPr>
        <w:spacing w:line="240" w:lineRule="auto"/>
        <w:contextualSpacing/>
        <w:rPr>
          <w:b/>
          <w:sz w:val="24"/>
          <w:szCs w:val="24"/>
        </w:rPr>
      </w:pPr>
    </w:p>
    <w:p w14:paraId="6D246351" w14:textId="77777777" w:rsidR="003A77A0" w:rsidRDefault="003A77A0" w:rsidP="003A77A0">
      <w:pPr>
        <w:spacing w:line="240" w:lineRule="auto"/>
        <w:contextualSpacing/>
        <w:rPr>
          <w:b/>
          <w:sz w:val="24"/>
          <w:szCs w:val="24"/>
        </w:rPr>
      </w:pPr>
    </w:p>
    <w:p w14:paraId="17EDFD96" w14:textId="77777777" w:rsidR="003A77A0" w:rsidRDefault="003A77A0" w:rsidP="003A77A0">
      <w:pPr>
        <w:spacing w:line="240" w:lineRule="auto"/>
        <w:contextualSpacing/>
        <w:rPr>
          <w:b/>
          <w:sz w:val="24"/>
          <w:szCs w:val="24"/>
        </w:rPr>
      </w:pPr>
    </w:p>
    <w:p w14:paraId="71968AE4" w14:textId="77777777" w:rsidR="003A77A0" w:rsidRDefault="003A77A0" w:rsidP="003A77A0">
      <w:pPr>
        <w:spacing w:line="240" w:lineRule="auto"/>
        <w:contextualSpacing/>
        <w:rPr>
          <w:b/>
          <w:sz w:val="24"/>
          <w:szCs w:val="24"/>
        </w:rPr>
      </w:pPr>
    </w:p>
    <w:p w14:paraId="428D75C3" w14:textId="77777777" w:rsidR="003A77A0" w:rsidRDefault="003A77A0" w:rsidP="003A77A0">
      <w:pPr>
        <w:spacing w:line="240" w:lineRule="auto"/>
        <w:contextualSpacing/>
        <w:rPr>
          <w:b/>
          <w:sz w:val="24"/>
          <w:szCs w:val="24"/>
        </w:rPr>
      </w:pPr>
    </w:p>
    <w:p w14:paraId="33FD66D7" w14:textId="77777777" w:rsidR="003A77A0" w:rsidRDefault="003A77A0" w:rsidP="003A77A0">
      <w:pPr>
        <w:spacing w:line="240" w:lineRule="auto"/>
        <w:contextualSpacing/>
        <w:rPr>
          <w:b/>
          <w:sz w:val="24"/>
          <w:szCs w:val="24"/>
        </w:rPr>
      </w:pPr>
    </w:p>
    <w:p w14:paraId="2A3145E8" w14:textId="77777777" w:rsidR="003A77A0" w:rsidRDefault="003A77A0" w:rsidP="003A77A0">
      <w:pPr>
        <w:spacing w:line="240" w:lineRule="auto"/>
        <w:contextualSpacing/>
        <w:rPr>
          <w:b/>
          <w:sz w:val="24"/>
          <w:szCs w:val="24"/>
        </w:rPr>
      </w:pPr>
    </w:p>
    <w:p w14:paraId="08BFA672" w14:textId="77777777" w:rsidR="003A77A0" w:rsidRDefault="003A77A0" w:rsidP="003A77A0">
      <w:pPr>
        <w:spacing w:line="240" w:lineRule="auto"/>
        <w:contextualSpacing/>
        <w:rPr>
          <w:b/>
          <w:sz w:val="24"/>
          <w:szCs w:val="24"/>
        </w:rPr>
      </w:pPr>
    </w:p>
    <w:p w14:paraId="173954AF" w14:textId="77777777" w:rsidR="003A77A0" w:rsidRDefault="003A77A0" w:rsidP="003A77A0">
      <w:pPr>
        <w:spacing w:line="240" w:lineRule="auto"/>
        <w:contextualSpacing/>
        <w:rPr>
          <w:b/>
          <w:sz w:val="24"/>
          <w:szCs w:val="24"/>
        </w:rPr>
      </w:pPr>
    </w:p>
    <w:p w14:paraId="7B4AE72D" w14:textId="77777777" w:rsidR="003A77A0" w:rsidRDefault="003A77A0" w:rsidP="003A77A0">
      <w:pPr>
        <w:spacing w:line="240" w:lineRule="auto"/>
        <w:contextualSpacing/>
        <w:rPr>
          <w:b/>
          <w:sz w:val="24"/>
          <w:szCs w:val="24"/>
        </w:rPr>
      </w:pPr>
    </w:p>
    <w:p w14:paraId="4FFF58DF" w14:textId="77777777" w:rsidR="003A77A0" w:rsidRDefault="003A77A0" w:rsidP="003A77A0">
      <w:pPr>
        <w:spacing w:line="240" w:lineRule="auto"/>
        <w:contextualSpacing/>
        <w:rPr>
          <w:b/>
          <w:sz w:val="24"/>
          <w:szCs w:val="24"/>
        </w:rPr>
      </w:pPr>
    </w:p>
    <w:p w14:paraId="56B8CFA6" w14:textId="77777777" w:rsidR="003A77A0" w:rsidRDefault="003A77A0" w:rsidP="003A77A0">
      <w:pPr>
        <w:spacing w:line="240" w:lineRule="auto"/>
        <w:contextualSpacing/>
        <w:rPr>
          <w:b/>
          <w:sz w:val="24"/>
          <w:szCs w:val="24"/>
        </w:rPr>
      </w:pPr>
    </w:p>
    <w:p w14:paraId="0A8CD367" w14:textId="77777777" w:rsidR="003A77A0" w:rsidRDefault="003A77A0" w:rsidP="003A77A0">
      <w:pPr>
        <w:spacing w:line="240" w:lineRule="auto"/>
        <w:contextualSpacing/>
        <w:rPr>
          <w:b/>
          <w:sz w:val="24"/>
          <w:szCs w:val="24"/>
        </w:rPr>
      </w:pPr>
    </w:p>
    <w:p w14:paraId="4D425995" w14:textId="77777777" w:rsidR="003A77A0" w:rsidRDefault="003A77A0" w:rsidP="003A77A0">
      <w:pPr>
        <w:spacing w:line="240" w:lineRule="auto"/>
        <w:contextualSpacing/>
        <w:rPr>
          <w:b/>
          <w:sz w:val="24"/>
          <w:szCs w:val="24"/>
        </w:rPr>
      </w:pPr>
    </w:p>
    <w:p w14:paraId="39C2294B" w14:textId="77777777" w:rsidR="003A77A0" w:rsidRDefault="003A77A0" w:rsidP="003A77A0">
      <w:pPr>
        <w:spacing w:line="240" w:lineRule="auto"/>
        <w:contextualSpacing/>
        <w:rPr>
          <w:b/>
          <w:sz w:val="24"/>
          <w:szCs w:val="24"/>
        </w:rPr>
      </w:pPr>
    </w:p>
    <w:p w14:paraId="0CF90531" w14:textId="77777777" w:rsidR="00281839" w:rsidRPr="003A77A0" w:rsidRDefault="00281839" w:rsidP="003A77A0">
      <w:pPr>
        <w:spacing w:line="240" w:lineRule="auto"/>
        <w:contextualSpacing/>
        <w:rPr>
          <w:sz w:val="24"/>
          <w:szCs w:val="24"/>
        </w:rPr>
      </w:pPr>
    </w:p>
    <w:sectPr w:rsidR="00281839" w:rsidRPr="003A77A0" w:rsidSect="003A77A0">
      <w:pgSz w:w="12240" w:h="15840"/>
      <w:pgMar w:top="540" w:right="864" w:bottom="117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1918391">
    <w:abstractNumId w:val="8"/>
  </w:num>
  <w:num w:numId="2" w16cid:durableId="53434721">
    <w:abstractNumId w:val="6"/>
  </w:num>
  <w:num w:numId="3" w16cid:durableId="628585092">
    <w:abstractNumId w:val="5"/>
  </w:num>
  <w:num w:numId="4" w16cid:durableId="1294140294">
    <w:abstractNumId w:val="4"/>
  </w:num>
  <w:num w:numId="5" w16cid:durableId="789133261">
    <w:abstractNumId w:val="7"/>
  </w:num>
  <w:num w:numId="6" w16cid:durableId="735934724">
    <w:abstractNumId w:val="3"/>
  </w:num>
  <w:num w:numId="7" w16cid:durableId="1485312211">
    <w:abstractNumId w:val="2"/>
  </w:num>
  <w:num w:numId="8" w16cid:durableId="41563587">
    <w:abstractNumId w:val="1"/>
  </w:num>
  <w:num w:numId="9" w16cid:durableId="207649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720"/>
    <w:rsid w:val="0006063C"/>
    <w:rsid w:val="0015074B"/>
    <w:rsid w:val="00281839"/>
    <w:rsid w:val="0029639D"/>
    <w:rsid w:val="00326F90"/>
    <w:rsid w:val="003A77A0"/>
    <w:rsid w:val="004B5493"/>
    <w:rsid w:val="00AA1D8D"/>
    <w:rsid w:val="00B47730"/>
    <w:rsid w:val="00BF785A"/>
    <w:rsid w:val="00CB0664"/>
    <w:rsid w:val="00CE61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EAE128"/>
  <w14:defaultImageDpi w14:val="300"/>
  <w15:docId w15:val="{2760554D-0B95-4BF8-9C16-09F8FCBA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dcterms:created xsi:type="dcterms:W3CDTF">2013-12-23T23:15:00Z</dcterms:created>
  <dcterms:modified xsi:type="dcterms:W3CDTF">2026-09-16T13:20:00Z</dcterms:modified>
  <cp:category/>
</cp:coreProperties>
</file>